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737AF" w14:textId="7E7E65B9" w:rsidR="000A22B0" w:rsidRPr="00334745" w:rsidRDefault="00F91193">
      <w:pPr>
        <w:jc w:val="center"/>
        <w:rPr>
          <w:rFonts w:ascii="Times New Roman" w:hAnsi="Times New Roman" w:cs="Times New Roman"/>
          <w:color w:val="000000" w:themeColor="text1"/>
          <w:sz w:val="22"/>
        </w:rPr>
      </w:pPr>
      <w:r w:rsidRPr="00334745">
        <w:rPr>
          <w:rFonts w:ascii="Times New Roman" w:hAnsi="Times New Roman" w:cs="Times New Roman"/>
          <w:b/>
          <w:color w:val="000000" w:themeColor="text1"/>
          <w:sz w:val="22"/>
        </w:rPr>
        <w:t>İSTANBUL YENİ YÜZYIL ÜNİVERSİTESİ</w:t>
      </w:r>
    </w:p>
    <w:p w14:paraId="423FEB0C" w14:textId="77777777" w:rsidR="000A22B0" w:rsidRDefault="00F91193">
      <w:pPr>
        <w:jc w:val="center"/>
        <w:rPr>
          <w:rFonts w:ascii="Times New Roman" w:hAnsi="Times New Roman" w:cs="Times New Roman"/>
          <w:b/>
          <w:color w:val="000000" w:themeColor="text1"/>
          <w:sz w:val="22"/>
        </w:rPr>
      </w:pPr>
      <w:r w:rsidRPr="00334745">
        <w:rPr>
          <w:rFonts w:ascii="Times New Roman" w:hAnsi="Times New Roman" w:cs="Times New Roman"/>
          <w:b/>
          <w:color w:val="000000" w:themeColor="text1"/>
          <w:sz w:val="22"/>
        </w:rPr>
        <w:t>İKTİSADİ VE İDARİ BİLİMLER FAKÜLTESİ</w:t>
      </w:r>
    </w:p>
    <w:p w14:paraId="646C5349" w14:textId="21E2B65A" w:rsidR="00C75762" w:rsidRPr="00334745" w:rsidRDefault="00271D31">
      <w:pPr>
        <w:jc w:val="center"/>
        <w:rPr>
          <w:rFonts w:ascii="Times New Roman" w:hAnsi="Times New Roman" w:cs="Times New Roman"/>
          <w:color w:val="000000" w:themeColor="text1"/>
          <w:sz w:val="22"/>
        </w:rPr>
      </w:pPr>
      <w:r>
        <w:rPr>
          <w:rFonts w:ascii="Times New Roman" w:hAnsi="Times New Roman" w:cs="Times New Roman"/>
          <w:b/>
          <w:color w:val="000000" w:themeColor="text1"/>
          <w:sz w:val="22"/>
        </w:rPr>
        <w:t>ULUSLARARASI TİCARET VE LOJİSTİK</w:t>
      </w:r>
      <w:r w:rsidR="00C75762">
        <w:rPr>
          <w:rFonts w:ascii="Times New Roman" w:hAnsi="Times New Roman" w:cs="Times New Roman"/>
          <w:b/>
          <w:color w:val="000000" w:themeColor="text1"/>
          <w:sz w:val="22"/>
        </w:rPr>
        <w:t xml:space="preserve"> BÖLÜMÜ</w:t>
      </w:r>
    </w:p>
    <w:p w14:paraId="29290739" w14:textId="77777777" w:rsidR="000A22B0" w:rsidRPr="00334745" w:rsidRDefault="00F91193">
      <w:pPr>
        <w:jc w:val="center"/>
        <w:rPr>
          <w:rFonts w:ascii="Times New Roman" w:hAnsi="Times New Roman" w:cs="Times New Roman"/>
          <w:color w:val="000000" w:themeColor="text1"/>
          <w:sz w:val="22"/>
        </w:rPr>
      </w:pPr>
      <w:r w:rsidRPr="00334745">
        <w:rPr>
          <w:rFonts w:ascii="Times New Roman" w:hAnsi="Times New Roman" w:cs="Times New Roman"/>
          <w:b/>
          <w:color w:val="000000" w:themeColor="text1"/>
          <w:sz w:val="22"/>
        </w:rPr>
        <w:t>BİREYSEL ÖĞRENCİ DANIŞMANLIK GÖRÜŞME TUTANAĞI</w:t>
      </w:r>
    </w:p>
    <w:p w14:paraId="2606E3B6" w14:textId="77777777" w:rsidR="000A22B0" w:rsidRPr="00332C82" w:rsidRDefault="00F91193">
      <w:pPr>
        <w:jc w:val="center"/>
        <w:rPr>
          <w:rFonts w:ascii="Times New Roman" w:hAnsi="Times New Roman" w:cs="Times New Roman"/>
          <w:color w:val="000000" w:themeColor="text1"/>
        </w:rPr>
      </w:pPr>
      <w:r w:rsidRPr="00332C82">
        <w:rPr>
          <w:rFonts w:ascii="Times New Roman" w:hAnsi="Times New Roman" w:cs="Times New Roman"/>
          <w:color w:val="000000" w:themeColor="text1"/>
          <w:sz w:val="20"/>
        </w:rPr>
        <w:t>Öğrencinin özel/akademik/idari sorunlarına ilişkin bireysel danışmanlık görüşmesi kayıt formu</w:t>
      </w:r>
    </w:p>
    <w:tbl>
      <w:tblPr>
        <w:tblW w:w="0" w:type="auto"/>
        <w:jc w:val="center"/>
        <w:tblLayout w:type="fixed"/>
        <w:tblLook w:val="04A0" w:firstRow="1" w:lastRow="0" w:firstColumn="1" w:lastColumn="0" w:noHBand="0" w:noVBand="1"/>
      </w:tblPr>
      <w:tblGrid>
        <w:gridCol w:w="9524"/>
      </w:tblGrid>
      <w:tr w:rsidR="00332C82" w:rsidRPr="00332C82" w14:paraId="361FA312" w14:textId="77777777">
        <w:trPr>
          <w:jc w:val="center"/>
        </w:trPr>
        <w:tc>
          <w:tcPr>
            <w:tcW w:w="9524" w:type="dxa"/>
            <w:shd w:val="clear" w:color="auto" w:fill="F3F7FB"/>
            <w:tcMar>
              <w:top w:w="110" w:type="dxa"/>
              <w:left w:w="120" w:type="dxa"/>
              <w:bottom w:w="110" w:type="dxa"/>
              <w:right w:w="120" w:type="dxa"/>
            </w:tcMar>
          </w:tcPr>
          <w:p w14:paraId="715A73F6"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Bu tutanak, İstanbul Yeni Yüzyıl Üniversitesi Öğrenci Danışmanlık Yönergesi kapsamında, öğrencinin bireysel olarak başvurduğu akademik, idari, uyum, yönlendirme veya benzeri özel konularda yapılan danışmanlık görüşmesini ve öğrenciye verilen bilgilendirme/yönlendirmeyi belgelemek amacıyla düzenlenmiştir. Görüşme içeriği, öğrencinin mahremiyetini koruyacak ölçüde genel ifadelerle kaydedilir.</w:t>
            </w:r>
          </w:p>
        </w:tc>
      </w:tr>
    </w:tbl>
    <w:tbl>
      <w:tblPr>
        <w:tblStyle w:val="TabloKlavuzu"/>
        <w:tblW w:w="0" w:type="auto"/>
        <w:jc w:val="center"/>
        <w:tblLook w:val="04A0" w:firstRow="1" w:lastRow="0" w:firstColumn="1" w:lastColumn="0" w:noHBand="0" w:noVBand="1"/>
      </w:tblPr>
      <w:tblGrid>
        <w:gridCol w:w="2041"/>
        <w:gridCol w:w="2835"/>
        <w:gridCol w:w="2211"/>
        <w:gridCol w:w="2600"/>
      </w:tblGrid>
      <w:tr w:rsidR="00332C82" w:rsidRPr="00332C82" w14:paraId="5DEEF930" w14:textId="77777777">
        <w:trPr>
          <w:jc w:val="center"/>
        </w:trPr>
        <w:tc>
          <w:tcPr>
            <w:tcW w:w="2041" w:type="dxa"/>
            <w:shd w:val="clear" w:color="auto" w:fill="EAF1F8"/>
            <w:tcMar>
              <w:top w:w="80" w:type="dxa"/>
              <w:left w:w="100" w:type="dxa"/>
              <w:bottom w:w="80" w:type="dxa"/>
              <w:right w:w="100" w:type="dxa"/>
            </w:tcMar>
            <w:vAlign w:val="center"/>
          </w:tcPr>
          <w:p w14:paraId="76BFC95F"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Bölüm / Program</w:t>
            </w:r>
          </w:p>
        </w:tc>
        <w:tc>
          <w:tcPr>
            <w:tcW w:w="2835" w:type="dxa"/>
            <w:tcMar>
              <w:top w:w="80" w:type="dxa"/>
              <w:left w:w="100" w:type="dxa"/>
              <w:bottom w:w="80" w:type="dxa"/>
              <w:right w:w="100" w:type="dxa"/>
            </w:tcMar>
            <w:vAlign w:val="center"/>
          </w:tcPr>
          <w:p w14:paraId="369D2791"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c>
          <w:tcPr>
            <w:tcW w:w="2211" w:type="dxa"/>
            <w:shd w:val="clear" w:color="auto" w:fill="EAF1F8"/>
            <w:tcMar>
              <w:top w:w="80" w:type="dxa"/>
              <w:left w:w="100" w:type="dxa"/>
              <w:bottom w:w="80" w:type="dxa"/>
              <w:right w:w="100" w:type="dxa"/>
            </w:tcMar>
            <w:vAlign w:val="center"/>
          </w:tcPr>
          <w:p w14:paraId="4603A870"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Akademik Yıl / Yarıyıl</w:t>
            </w:r>
          </w:p>
        </w:tc>
        <w:tc>
          <w:tcPr>
            <w:tcW w:w="2438" w:type="dxa"/>
            <w:tcMar>
              <w:top w:w="80" w:type="dxa"/>
              <w:left w:w="100" w:type="dxa"/>
              <w:bottom w:w="80" w:type="dxa"/>
              <w:right w:w="100" w:type="dxa"/>
            </w:tcMar>
            <w:vAlign w:val="center"/>
          </w:tcPr>
          <w:p w14:paraId="1561A476"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r>
      <w:tr w:rsidR="00332C82" w:rsidRPr="00332C82" w14:paraId="577C92EB" w14:textId="77777777">
        <w:trPr>
          <w:jc w:val="center"/>
        </w:trPr>
        <w:tc>
          <w:tcPr>
            <w:tcW w:w="2041" w:type="dxa"/>
            <w:shd w:val="clear" w:color="auto" w:fill="EAF1F8"/>
            <w:tcMar>
              <w:top w:w="80" w:type="dxa"/>
              <w:left w:w="100" w:type="dxa"/>
              <w:bottom w:w="80" w:type="dxa"/>
              <w:right w:w="100" w:type="dxa"/>
            </w:tcMar>
            <w:vAlign w:val="center"/>
          </w:tcPr>
          <w:p w14:paraId="33DA9ABA"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Danışmanın Adı Soyadı / Unvanı</w:t>
            </w:r>
          </w:p>
        </w:tc>
        <w:tc>
          <w:tcPr>
            <w:tcW w:w="2835" w:type="dxa"/>
            <w:tcMar>
              <w:top w:w="80" w:type="dxa"/>
              <w:left w:w="100" w:type="dxa"/>
              <w:bottom w:w="80" w:type="dxa"/>
              <w:right w:w="100" w:type="dxa"/>
            </w:tcMar>
            <w:vAlign w:val="center"/>
          </w:tcPr>
          <w:p w14:paraId="646EA7D0"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c>
          <w:tcPr>
            <w:tcW w:w="2211" w:type="dxa"/>
            <w:shd w:val="clear" w:color="auto" w:fill="EAF1F8"/>
            <w:tcMar>
              <w:top w:w="80" w:type="dxa"/>
              <w:left w:w="100" w:type="dxa"/>
              <w:bottom w:w="80" w:type="dxa"/>
              <w:right w:w="100" w:type="dxa"/>
            </w:tcMar>
            <w:vAlign w:val="center"/>
          </w:tcPr>
          <w:p w14:paraId="0428B307"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Görüşme Tarihi</w:t>
            </w:r>
          </w:p>
        </w:tc>
        <w:tc>
          <w:tcPr>
            <w:tcW w:w="2438" w:type="dxa"/>
            <w:tcMar>
              <w:top w:w="80" w:type="dxa"/>
              <w:left w:w="100" w:type="dxa"/>
              <w:bottom w:w="80" w:type="dxa"/>
              <w:right w:w="100" w:type="dxa"/>
            </w:tcMar>
            <w:vAlign w:val="center"/>
          </w:tcPr>
          <w:p w14:paraId="2868CC91"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 / ...... / 20......</w:t>
            </w:r>
          </w:p>
        </w:tc>
      </w:tr>
      <w:tr w:rsidR="00332C82" w:rsidRPr="00332C82" w14:paraId="355B132A" w14:textId="77777777">
        <w:trPr>
          <w:jc w:val="center"/>
        </w:trPr>
        <w:tc>
          <w:tcPr>
            <w:tcW w:w="2041" w:type="dxa"/>
            <w:shd w:val="clear" w:color="auto" w:fill="EAF1F8"/>
            <w:tcMar>
              <w:top w:w="80" w:type="dxa"/>
              <w:left w:w="100" w:type="dxa"/>
              <w:bottom w:w="80" w:type="dxa"/>
              <w:right w:w="100" w:type="dxa"/>
            </w:tcMar>
            <w:vAlign w:val="center"/>
          </w:tcPr>
          <w:p w14:paraId="611D1CB5"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Öğrencinin Adı Soyadı</w:t>
            </w:r>
          </w:p>
        </w:tc>
        <w:tc>
          <w:tcPr>
            <w:tcW w:w="2835" w:type="dxa"/>
            <w:tcMar>
              <w:top w:w="80" w:type="dxa"/>
              <w:left w:w="100" w:type="dxa"/>
              <w:bottom w:w="80" w:type="dxa"/>
              <w:right w:w="100" w:type="dxa"/>
            </w:tcMar>
            <w:vAlign w:val="center"/>
          </w:tcPr>
          <w:p w14:paraId="34E335B4"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c>
          <w:tcPr>
            <w:tcW w:w="2211" w:type="dxa"/>
            <w:shd w:val="clear" w:color="auto" w:fill="EAF1F8"/>
            <w:tcMar>
              <w:top w:w="80" w:type="dxa"/>
              <w:left w:w="100" w:type="dxa"/>
              <w:bottom w:w="80" w:type="dxa"/>
              <w:right w:w="100" w:type="dxa"/>
            </w:tcMar>
            <w:vAlign w:val="center"/>
          </w:tcPr>
          <w:p w14:paraId="0B900E17"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Öğrenci Numarası</w:t>
            </w:r>
          </w:p>
        </w:tc>
        <w:tc>
          <w:tcPr>
            <w:tcW w:w="2438" w:type="dxa"/>
            <w:tcMar>
              <w:top w:w="80" w:type="dxa"/>
              <w:left w:w="100" w:type="dxa"/>
              <w:bottom w:w="80" w:type="dxa"/>
              <w:right w:w="100" w:type="dxa"/>
            </w:tcMar>
            <w:vAlign w:val="center"/>
          </w:tcPr>
          <w:p w14:paraId="307937B6"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r>
      <w:tr w:rsidR="00332C82" w:rsidRPr="00332C82" w14:paraId="4BED1FFF" w14:textId="77777777">
        <w:trPr>
          <w:jc w:val="center"/>
        </w:trPr>
        <w:tc>
          <w:tcPr>
            <w:tcW w:w="2041" w:type="dxa"/>
            <w:shd w:val="clear" w:color="auto" w:fill="EAF1F8"/>
            <w:tcMar>
              <w:top w:w="80" w:type="dxa"/>
              <w:left w:w="100" w:type="dxa"/>
              <w:bottom w:w="80" w:type="dxa"/>
              <w:right w:w="100" w:type="dxa"/>
            </w:tcMar>
            <w:vAlign w:val="center"/>
          </w:tcPr>
          <w:p w14:paraId="01FB0821"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Sınıfı</w:t>
            </w:r>
          </w:p>
        </w:tc>
        <w:tc>
          <w:tcPr>
            <w:tcW w:w="2835" w:type="dxa"/>
            <w:tcMar>
              <w:top w:w="80" w:type="dxa"/>
              <w:left w:w="100" w:type="dxa"/>
              <w:bottom w:w="80" w:type="dxa"/>
              <w:right w:w="100" w:type="dxa"/>
            </w:tcMar>
            <w:vAlign w:val="center"/>
          </w:tcPr>
          <w:p w14:paraId="1673939C"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c>
          <w:tcPr>
            <w:tcW w:w="2211" w:type="dxa"/>
            <w:shd w:val="clear" w:color="auto" w:fill="EAF1F8"/>
            <w:tcMar>
              <w:top w:w="80" w:type="dxa"/>
              <w:left w:w="100" w:type="dxa"/>
              <w:bottom w:w="80" w:type="dxa"/>
              <w:right w:w="100" w:type="dxa"/>
            </w:tcMar>
            <w:vAlign w:val="center"/>
          </w:tcPr>
          <w:p w14:paraId="6AF2954C"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Görüşme Saati / Yeri</w:t>
            </w:r>
          </w:p>
        </w:tc>
        <w:tc>
          <w:tcPr>
            <w:tcW w:w="2438" w:type="dxa"/>
            <w:tcMar>
              <w:top w:w="80" w:type="dxa"/>
              <w:left w:w="100" w:type="dxa"/>
              <w:bottom w:w="80" w:type="dxa"/>
              <w:right w:w="100" w:type="dxa"/>
            </w:tcMar>
            <w:vAlign w:val="center"/>
          </w:tcPr>
          <w:p w14:paraId="77567C57"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r>
    </w:tbl>
    <w:p w14:paraId="62F1665B"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2"/>
        </w:rPr>
        <w:t>1. Görüşmenin Konusu</w:t>
      </w:r>
    </w:p>
    <w:tbl>
      <w:tblPr>
        <w:tblStyle w:val="TabloKlavuzu"/>
        <w:tblW w:w="0" w:type="auto"/>
        <w:jc w:val="center"/>
        <w:tblLook w:val="04A0" w:firstRow="1" w:lastRow="0" w:firstColumn="1" w:lastColumn="0" w:noHBand="0" w:noVBand="1"/>
      </w:tblPr>
      <w:tblGrid>
        <w:gridCol w:w="7257"/>
        <w:gridCol w:w="2268"/>
      </w:tblGrid>
      <w:tr w:rsidR="00332C82" w:rsidRPr="00332C82" w14:paraId="12C82015" w14:textId="77777777">
        <w:trPr>
          <w:jc w:val="center"/>
        </w:trPr>
        <w:tc>
          <w:tcPr>
            <w:tcW w:w="7257" w:type="dxa"/>
            <w:tcMar>
              <w:top w:w="80" w:type="dxa"/>
              <w:left w:w="100" w:type="dxa"/>
              <w:bottom w:w="80" w:type="dxa"/>
              <w:right w:w="100" w:type="dxa"/>
            </w:tcMar>
            <w:vAlign w:val="center"/>
          </w:tcPr>
          <w:p w14:paraId="61F0A066"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Akademik danışmanlık / ders seçimi</w:t>
            </w:r>
          </w:p>
        </w:tc>
        <w:tc>
          <w:tcPr>
            <w:tcW w:w="2268" w:type="dxa"/>
            <w:tcMar>
              <w:top w:w="80" w:type="dxa"/>
              <w:left w:w="100" w:type="dxa"/>
              <w:bottom w:w="80" w:type="dxa"/>
              <w:right w:w="100" w:type="dxa"/>
            </w:tcMar>
            <w:vAlign w:val="center"/>
          </w:tcPr>
          <w:p w14:paraId="6746661C" w14:textId="7B269A88"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0"/>
              </w:rPr>
              <w:t>☐</w:t>
            </w:r>
          </w:p>
        </w:tc>
      </w:tr>
      <w:tr w:rsidR="00332C82" w:rsidRPr="00332C82" w14:paraId="28067616" w14:textId="77777777">
        <w:trPr>
          <w:jc w:val="center"/>
        </w:trPr>
        <w:tc>
          <w:tcPr>
            <w:tcW w:w="7257" w:type="dxa"/>
            <w:tcMar>
              <w:top w:w="80" w:type="dxa"/>
              <w:left w:w="100" w:type="dxa"/>
              <w:bottom w:w="80" w:type="dxa"/>
              <w:right w:w="100" w:type="dxa"/>
            </w:tcMar>
            <w:vAlign w:val="center"/>
          </w:tcPr>
          <w:p w14:paraId="22838C4A"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Mezuniyet koşulları / akademik durum</w:t>
            </w:r>
          </w:p>
        </w:tc>
        <w:tc>
          <w:tcPr>
            <w:tcW w:w="2268" w:type="dxa"/>
            <w:tcMar>
              <w:top w:w="80" w:type="dxa"/>
              <w:left w:w="100" w:type="dxa"/>
              <w:bottom w:w="80" w:type="dxa"/>
              <w:right w:w="100" w:type="dxa"/>
            </w:tcMar>
            <w:vAlign w:val="center"/>
          </w:tcPr>
          <w:p w14:paraId="2BA9B160" w14:textId="1975E4CB"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0"/>
              </w:rPr>
              <w:t>☐</w:t>
            </w:r>
            <w:r w:rsidRPr="00332C82">
              <w:rPr>
                <w:rFonts w:ascii="Times New Roman" w:hAnsi="Times New Roman" w:cs="Times New Roman"/>
                <w:color w:val="000000" w:themeColor="text1"/>
                <w:sz w:val="20"/>
              </w:rPr>
              <w:t xml:space="preserve"> </w:t>
            </w:r>
          </w:p>
        </w:tc>
      </w:tr>
      <w:tr w:rsidR="00332C82" w:rsidRPr="00332C82" w14:paraId="6F9FCF0C" w14:textId="77777777">
        <w:trPr>
          <w:jc w:val="center"/>
        </w:trPr>
        <w:tc>
          <w:tcPr>
            <w:tcW w:w="7257" w:type="dxa"/>
            <w:tcMar>
              <w:top w:w="80" w:type="dxa"/>
              <w:left w:w="100" w:type="dxa"/>
              <w:bottom w:w="80" w:type="dxa"/>
              <w:right w:w="100" w:type="dxa"/>
            </w:tcMar>
            <w:vAlign w:val="center"/>
          </w:tcPr>
          <w:p w14:paraId="1AECE50A"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Yatay / dikey / kurum içi geçiş / intibak</w:t>
            </w:r>
          </w:p>
        </w:tc>
        <w:tc>
          <w:tcPr>
            <w:tcW w:w="2268" w:type="dxa"/>
            <w:tcMar>
              <w:top w:w="80" w:type="dxa"/>
              <w:left w:w="100" w:type="dxa"/>
              <w:bottom w:w="80" w:type="dxa"/>
              <w:right w:w="100" w:type="dxa"/>
            </w:tcMar>
            <w:vAlign w:val="center"/>
          </w:tcPr>
          <w:p w14:paraId="0D1B6935" w14:textId="71E8B205"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0"/>
              </w:rPr>
              <w:t>☐</w:t>
            </w:r>
          </w:p>
        </w:tc>
      </w:tr>
      <w:tr w:rsidR="00332C82" w:rsidRPr="00332C82" w14:paraId="4D346285" w14:textId="77777777">
        <w:trPr>
          <w:jc w:val="center"/>
        </w:trPr>
        <w:tc>
          <w:tcPr>
            <w:tcW w:w="7257" w:type="dxa"/>
            <w:tcMar>
              <w:top w:w="80" w:type="dxa"/>
              <w:left w:w="100" w:type="dxa"/>
              <w:bottom w:w="80" w:type="dxa"/>
              <w:right w:w="100" w:type="dxa"/>
            </w:tcMar>
            <w:vAlign w:val="center"/>
          </w:tcPr>
          <w:p w14:paraId="60D6F36C"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Devam, başarı veya sınav süreçleri</w:t>
            </w:r>
          </w:p>
        </w:tc>
        <w:tc>
          <w:tcPr>
            <w:tcW w:w="2268" w:type="dxa"/>
            <w:tcMar>
              <w:top w:w="80" w:type="dxa"/>
              <w:left w:w="100" w:type="dxa"/>
              <w:bottom w:w="80" w:type="dxa"/>
              <w:right w:w="100" w:type="dxa"/>
            </w:tcMar>
            <w:vAlign w:val="center"/>
          </w:tcPr>
          <w:p w14:paraId="31455E03" w14:textId="50951043"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0"/>
              </w:rPr>
              <w:t>☐</w:t>
            </w:r>
            <w:r w:rsidRPr="00332C82">
              <w:rPr>
                <w:rFonts w:ascii="Times New Roman" w:hAnsi="Times New Roman" w:cs="Times New Roman"/>
                <w:color w:val="000000" w:themeColor="text1"/>
                <w:sz w:val="20"/>
              </w:rPr>
              <w:t xml:space="preserve"> </w:t>
            </w:r>
          </w:p>
        </w:tc>
      </w:tr>
      <w:tr w:rsidR="00332C82" w:rsidRPr="00332C82" w14:paraId="61DECDFE" w14:textId="77777777">
        <w:trPr>
          <w:jc w:val="center"/>
        </w:trPr>
        <w:tc>
          <w:tcPr>
            <w:tcW w:w="7257" w:type="dxa"/>
            <w:tcMar>
              <w:top w:w="80" w:type="dxa"/>
              <w:left w:w="100" w:type="dxa"/>
              <w:bottom w:w="80" w:type="dxa"/>
              <w:right w:w="100" w:type="dxa"/>
            </w:tcMar>
            <w:vAlign w:val="center"/>
          </w:tcPr>
          <w:p w14:paraId="6DB46274"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Kariyer planlama / yönlendirme</w:t>
            </w:r>
          </w:p>
        </w:tc>
        <w:tc>
          <w:tcPr>
            <w:tcW w:w="2268" w:type="dxa"/>
            <w:tcMar>
              <w:top w:w="80" w:type="dxa"/>
              <w:left w:w="100" w:type="dxa"/>
              <w:bottom w:w="80" w:type="dxa"/>
              <w:right w:w="100" w:type="dxa"/>
            </w:tcMar>
            <w:vAlign w:val="center"/>
          </w:tcPr>
          <w:p w14:paraId="3C31E9B0" w14:textId="53444B92"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0"/>
              </w:rPr>
              <w:t>☐</w:t>
            </w:r>
            <w:r w:rsidRPr="00332C82">
              <w:rPr>
                <w:rFonts w:ascii="Times New Roman" w:hAnsi="Times New Roman" w:cs="Times New Roman"/>
                <w:color w:val="000000" w:themeColor="text1"/>
                <w:sz w:val="20"/>
              </w:rPr>
              <w:t xml:space="preserve"> </w:t>
            </w:r>
          </w:p>
        </w:tc>
      </w:tr>
      <w:tr w:rsidR="00332C82" w:rsidRPr="00332C82" w14:paraId="6CD1E011" w14:textId="77777777">
        <w:trPr>
          <w:jc w:val="center"/>
        </w:trPr>
        <w:tc>
          <w:tcPr>
            <w:tcW w:w="7257" w:type="dxa"/>
            <w:tcMar>
              <w:top w:w="80" w:type="dxa"/>
              <w:left w:w="100" w:type="dxa"/>
              <w:bottom w:w="80" w:type="dxa"/>
              <w:right w:w="100" w:type="dxa"/>
            </w:tcMar>
            <w:vAlign w:val="center"/>
          </w:tcPr>
          <w:p w14:paraId="3B9166EF"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Diğer (kısaca belirtiniz): ........................................</w:t>
            </w:r>
          </w:p>
        </w:tc>
        <w:tc>
          <w:tcPr>
            <w:tcW w:w="2268" w:type="dxa"/>
            <w:tcMar>
              <w:top w:w="80" w:type="dxa"/>
              <w:left w:w="100" w:type="dxa"/>
              <w:bottom w:w="80" w:type="dxa"/>
              <w:right w:w="100" w:type="dxa"/>
            </w:tcMar>
            <w:vAlign w:val="center"/>
          </w:tcPr>
          <w:p w14:paraId="5426BA9C" w14:textId="74E2F9F4"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0"/>
              </w:rPr>
              <w:t>☐</w:t>
            </w:r>
            <w:r w:rsidRPr="00332C82">
              <w:rPr>
                <w:rFonts w:ascii="Times New Roman" w:hAnsi="Times New Roman" w:cs="Times New Roman"/>
                <w:color w:val="000000" w:themeColor="text1"/>
                <w:sz w:val="20"/>
              </w:rPr>
              <w:t xml:space="preserve"> </w:t>
            </w:r>
          </w:p>
        </w:tc>
      </w:tr>
    </w:tbl>
    <w:p w14:paraId="4A8DCD82"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2"/>
        </w:rPr>
        <w:t>2. Görüşmeye İlişkin Kısa Açıklama</w:t>
      </w:r>
    </w:p>
    <w:tbl>
      <w:tblPr>
        <w:tblStyle w:val="TabloKlavuzu"/>
        <w:tblW w:w="0" w:type="auto"/>
        <w:jc w:val="center"/>
        <w:tblLook w:val="04A0" w:firstRow="1" w:lastRow="0" w:firstColumn="1" w:lastColumn="0" w:noHBand="0" w:noVBand="1"/>
      </w:tblPr>
      <w:tblGrid>
        <w:gridCol w:w="9524"/>
      </w:tblGrid>
      <w:tr w:rsidR="00332C82" w:rsidRPr="00332C82" w14:paraId="6ED636F3" w14:textId="77777777">
        <w:trPr>
          <w:jc w:val="center"/>
        </w:trPr>
        <w:tc>
          <w:tcPr>
            <w:tcW w:w="9524" w:type="dxa"/>
            <w:tcMar>
              <w:top w:w="80" w:type="dxa"/>
              <w:left w:w="100" w:type="dxa"/>
              <w:bottom w:w="80" w:type="dxa"/>
              <w:right w:w="100" w:type="dxa"/>
            </w:tcMar>
            <w:vAlign w:val="center"/>
          </w:tcPr>
          <w:p w14:paraId="211AA658" w14:textId="20D627AA" w:rsidR="00EA072D" w:rsidRDefault="00F91193">
            <w:pPr>
              <w:rPr>
                <w:rFonts w:ascii="Times New Roman" w:hAnsi="Times New Roman" w:cs="Times New Roman"/>
                <w:color w:val="000000" w:themeColor="text1"/>
                <w:sz w:val="20"/>
              </w:rPr>
            </w:pPr>
            <w:r w:rsidRPr="00332C82">
              <w:rPr>
                <w:rFonts w:ascii="Times New Roman" w:hAnsi="Times New Roman" w:cs="Times New Roman"/>
                <w:color w:val="000000" w:themeColor="text1"/>
                <w:sz w:val="20"/>
              </w:rPr>
              <w:t>Öğrencinin talebi / sorunu / danışman tarafından yapılan genel açıklama:</w:t>
            </w:r>
          </w:p>
          <w:p w14:paraId="52E7CF19" w14:textId="77777777" w:rsidR="00EA072D" w:rsidRDefault="00EA072D">
            <w:pPr>
              <w:rPr>
                <w:rFonts w:ascii="Times New Roman" w:hAnsi="Times New Roman" w:cs="Times New Roman"/>
                <w:color w:val="000000" w:themeColor="text1"/>
                <w:sz w:val="20"/>
              </w:rPr>
            </w:pPr>
          </w:p>
          <w:p w14:paraId="1522DCD2" w14:textId="77777777" w:rsidR="00EA072D" w:rsidRDefault="00EA072D">
            <w:pPr>
              <w:rPr>
                <w:rFonts w:ascii="Times New Roman" w:hAnsi="Times New Roman" w:cs="Times New Roman"/>
                <w:color w:val="000000" w:themeColor="text1"/>
                <w:sz w:val="20"/>
              </w:rPr>
            </w:pPr>
          </w:p>
          <w:p w14:paraId="039032CA" w14:textId="77777777" w:rsidR="00EA072D" w:rsidRDefault="00EA072D">
            <w:pPr>
              <w:rPr>
                <w:rFonts w:ascii="Times New Roman" w:hAnsi="Times New Roman" w:cs="Times New Roman"/>
                <w:color w:val="000000" w:themeColor="text1"/>
                <w:sz w:val="20"/>
              </w:rPr>
            </w:pPr>
          </w:p>
          <w:p w14:paraId="6A9599C3" w14:textId="77777777" w:rsidR="00EA072D" w:rsidRDefault="00EA072D">
            <w:pPr>
              <w:rPr>
                <w:rFonts w:ascii="Times New Roman" w:hAnsi="Times New Roman" w:cs="Times New Roman"/>
                <w:color w:val="000000" w:themeColor="text1"/>
                <w:sz w:val="20"/>
              </w:rPr>
            </w:pPr>
          </w:p>
          <w:p w14:paraId="13C9439D" w14:textId="77777777" w:rsidR="00EA072D" w:rsidRDefault="00EA072D">
            <w:pPr>
              <w:rPr>
                <w:rFonts w:ascii="Times New Roman" w:hAnsi="Times New Roman" w:cs="Times New Roman"/>
                <w:color w:val="000000" w:themeColor="text1"/>
                <w:sz w:val="20"/>
              </w:rPr>
            </w:pPr>
          </w:p>
          <w:p w14:paraId="732BAE3A" w14:textId="77777777" w:rsidR="00EA072D" w:rsidRDefault="00EA072D">
            <w:pPr>
              <w:rPr>
                <w:rFonts w:ascii="Times New Roman" w:hAnsi="Times New Roman" w:cs="Times New Roman"/>
                <w:color w:val="000000" w:themeColor="text1"/>
                <w:sz w:val="20"/>
              </w:rPr>
            </w:pPr>
          </w:p>
          <w:p w14:paraId="349652ED" w14:textId="77777777" w:rsidR="00334745" w:rsidRDefault="00334745">
            <w:pPr>
              <w:rPr>
                <w:rFonts w:ascii="Times New Roman" w:hAnsi="Times New Roman" w:cs="Times New Roman"/>
                <w:color w:val="000000" w:themeColor="text1"/>
                <w:sz w:val="20"/>
              </w:rPr>
            </w:pPr>
          </w:p>
          <w:p w14:paraId="4824EF26" w14:textId="77777777" w:rsidR="00EA072D" w:rsidRDefault="00EA072D">
            <w:pPr>
              <w:rPr>
                <w:rFonts w:ascii="Times New Roman" w:hAnsi="Times New Roman" w:cs="Times New Roman"/>
                <w:color w:val="000000" w:themeColor="text1"/>
                <w:sz w:val="20"/>
              </w:rPr>
            </w:pPr>
          </w:p>
          <w:p w14:paraId="0E7EA792" w14:textId="77777777" w:rsidR="00EA072D" w:rsidRDefault="00EA072D">
            <w:pPr>
              <w:rPr>
                <w:rFonts w:ascii="Times New Roman" w:hAnsi="Times New Roman" w:cs="Times New Roman"/>
                <w:color w:val="000000" w:themeColor="text1"/>
                <w:sz w:val="20"/>
              </w:rPr>
            </w:pPr>
          </w:p>
          <w:p w14:paraId="261BDCDC" w14:textId="77777777" w:rsidR="00334745" w:rsidRDefault="00334745">
            <w:pPr>
              <w:rPr>
                <w:rFonts w:ascii="Times New Roman" w:hAnsi="Times New Roman" w:cs="Times New Roman"/>
                <w:color w:val="000000" w:themeColor="text1"/>
                <w:sz w:val="20"/>
              </w:rPr>
            </w:pPr>
          </w:p>
          <w:p w14:paraId="3D11CC45" w14:textId="67003859"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br/>
            </w:r>
          </w:p>
        </w:tc>
      </w:tr>
    </w:tbl>
    <w:p w14:paraId="7C7E2111" w14:textId="77777777" w:rsidR="00332C82" w:rsidRPr="00332C82" w:rsidRDefault="00332C82">
      <w:pPr>
        <w:rPr>
          <w:rFonts w:ascii="Times New Roman" w:hAnsi="Times New Roman" w:cs="Times New Roman"/>
          <w:b/>
          <w:color w:val="000000" w:themeColor="text1"/>
          <w:sz w:val="22"/>
        </w:rPr>
      </w:pPr>
    </w:p>
    <w:p w14:paraId="2B06F7D9" w14:textId="1C2A9E7F"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2"/>
        </w:rPr>
        <w:t>3. Öğrenciye Verilen Bilgilendirme / Yönlendirme</w:t>
      </w:r>
    </w:p>
    <w:tbl>
      <w:tblPr>
        <w:tblStyle w:val="TabloKlavuzu"/>
        <w:tblW w:w="0" w:type="auto"/>
        <w:jc w:val="center"/>
        <w:tblLook w:val="04A0" w:firstRow="1" w:lastRow="0" w:firstColumn="1" w:lastColumn="0" w:noHBand="0" w:noVBand="1"/>
      </w:tblPr>
      <w:tblGrid>
        <w:gridCol w:w="7710"/>
        <w:gridCol w:w="1814"/>
      </w:tblGrid>
      <w:tr w:rsidR="00332C82" w:rsidRPr="00332C82" w14:paraId="7F6A5AE0" w14:textId="77777777">
        <w:trPr>
          <w:jc w:val="center"/>
        </w:trPr>
        <w:tc>
          <w:tcPr>
            <w:tcW w:w="7710" w:type="dxa"/>
            <w:tcMar>
              <w:top w:w="80" w:type="dxa"/>
              <w:left w:w="100" w:type="dxa"/>
              <w:bottom w:w="80" w:type="dxa"/>
              <w:right w:w="100" w:type="dxa"/>
            </w:tcMar>
            <w:vAlign w:val="center"/>
          </w:tcPr>
          <w:p w14:paraId="455F0524"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Ders seçimi, ders kayıt, ekleme-bırakma veya çekilme sürecine ilişkin bilgi verildi.</w:t>
            </w:r>
          </w:p>
        </w:tc>
        <w:tc>
          <w:tcPr>
            <w:tcW w:w="1814" w:type="dxa"/>
            <w:tcMar>
              <w:top w:w="80" w:type="dxa"/>
              <w:left w:w="100" w:type="dxa"/>
              <w:bottom w:w="80" w:type="dxa"/>
              <w:right w:w="100" w:type="dxa"/>
            </w:tcMar>
            <w:vAlign w:val="center"/>
          </w:tcPr>
          <w:p w14:paraId="69551097" w14:textId="77777777"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4"/>
              </w:rPr>
              <w:t>☐</w:t>
            </w:r>
          </w:p>
        </w:tc>
      </w:tr>
      <w:tr w:rsidR="00332C82" w:rsidRPr="00332C82" w14:paraId="0EBB2C9E" w14:textId="77777777">
        <w:trPr>
          <w:jc w:val="center"/>
        </w:trPr>
        <w:tc>
          <w:tcPr>
            <w:tcW w:w="7710" w:type="dxa"/>
            <w:tcMar>
              <w:top w:w="80" w:type="dxa"/>
              <w:left w:w="100" w:type="dxa"/>
              <w:bottom w:w="80" w:type="dxa"/>
              <w:right w:w="100" w:type="dxa"/>
            </w:tcMar>
            <w:vAlign w:val="center"/>
          </w:tcPr>
          <w:p w14:paraId="2E2D4467"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İlgili yönetmelik / yönerge / akademik süreç hakkında açıklama yapıldı.</w:t>
            </w:r>
          </w:p>
        </w:tc>
        <w:tc>
          <w:tcPr>
            <w:tcW w:w="1814" w:type="dxa"/>
            <w:tcMar>
              <w:top w:w="80" w:type="dxa"/>
              <w:left w:w="100" w:type="dxa"/>
              <w:bottom w:w="80" w:type="dxa"/>
              <w:right w:w="100" w:type="dxa"/>
            </w:tcMar>
            <w:vAlign w:val="center"/>
          </w:tcPr>
          <w:p w14:paraId="19A5F52B" w14:textId="77777777"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4"/>
              </w:rPr>
              <w:t>☐</w:t>
            </w:r>
          </w:p>
        </w:tc>
      </w:tr>
      <w:tr w:rsidR="00332C82" w:rsidRPr="00332C82" w14:paraId="0722C3BC" w14:textId="77777777">
        <w:trPr>
          <w:jc w:val="center"/>
        </w:trPr>
        <w:tc>
          <w:tcPr>
            <w:tcW w:w="7710" w:type="dxa"/>
            <w:tcMar>
              <w:top w:w="80" w:type="dxa"/>
              <w:left w:w="100" w:type="dxa"/>
              <w:bottom w:w="80" w:type="dxa"/>
              <w:right w:w="100" w:type="dxa"/>
            </w:tcMar>
            <w:vAlign w:val="center"/>
          </w:tcPr>
          <w:p w14:paraId="3DAB7381"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Öğrencinin akademik durumu ve izleyebileceği yol hakkında bilgilendirme yapıldı.</w:t>
            </w:r>
          </w:p>
        </w:tc>
        <w:tc>
          <w:tcPr>
            <w:tcW w:w="1814" w:type="dxa"/>
            <w:tcMar>
              <w:top w:w="80" w:type="dxa"/>
              <w:left w:w="100" w:type="dxa"/>
              <w:bottom w:w="80" w:type="dxa"/>
              <w:right w:w="100" w:type="dxa"/>
            </w:tcMar>
            <w:vAlign w:val="center"/>
          </w:tcPr>
          <w:p w14:paraId="757AE7FD" w14:textId="77777777"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4"/>
              </w:rPr>
              <w:t>☐</w:t>
            </w:r>
          </w:p>
        </w:tc>
      </w:tr>
      <w:tr w:rsidR="00332C82" w:rsidRPr="00332C82" w14:paraId="245EC804" w14:textId="77777777">
        <w:trPr>
          <w:jc w:val="center"/>
        </w:trPr>
        <w:tc>
          <w:tcPr>
            <w:tcW w:w="7710" w:type="dxa"/>
            <w:tcMar>
              <w:top w:w="80" w:type="dxa"/>
              <w:left w:w="100" w:type="dxa"/>
              <w:bottom w:w="80" w:type="dxa"/>
              <w:right w:w="100" w:type="dxa"/>
            </w:tcMar>
            <w:vAlign w:val="center"/>
          </w:tcPr>
          <w:p w14:paraId="5BBBA949"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İlgili idari / akademik birime yönlendirme yapıldı.</w:t>
            </w:r>
          </w:p>
        </w:tc>
        <w:tc>
          <w:tcPr>
            <w:tcW w:w="1814" w:type="dxa"/>
            <w:tcMar>
              <w:top w:w="80" w:type="dxa"/>
              <w:left w:w="100" w:type="dxa"/>
              <w:bottom w:w="80" w:type="dxa"/>
              <w:right w:w="100" w:type="dxa"/>
            </w:tcMar>
            <w:vAlign w:val="center"/>
          </w:tcPr>
          <w:p w14:paraId="495A32E1" w14:textId="77777777"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4"/>
              </w:rPr>
              <w:t>☐</w:t>
            </w:r>
          </w:p>
        </w:tc>
      </w:tr>
      <w:tr w:rsidR="00332C82" w:rsidRPr="00332C82" w14:paraId="3D0A8727" w14:textId="77777777">
        <w:trPr>
          <w:jc w:val="center"/>
        </w:trPr>
        <w:tc>
          <w:tcPr>
            <w:tcW w:w="7710" w:type="dxa"/>
            <w:tcMar>
              <w:top w:w="80" w:type="dxa"/>
              <w:left w:w="100" w:type="dxa"/>
              <w:bottom w:w="80" w:type="dxa"/>
              <w:right w:w="100" w:type="dxa"/>
            </w:tcMar>
            <w:vAlign w:val="center"/>
          </w:tcPr>
          <w:p w14:paraId="632C18F8"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Psikolojik danışmanlık / rehberlik veya destek birimlerine yönlendirme önerildi.</w:t>
            </w:r>
          </w:p>
        </w:tc>
        <w:tc>
          <w:tcPr>
            <w:tcW w:w="1814" w:type="dxa"/>
            <w:tcMar>
              <w:top w:w="80" w:type="dxa"/>
              <w:left w:w="100" w:type="dxa"/>
              <w:bottom w:w="80" w:type="dxa"/>
              <w:right w:w="100" w:type="dxa"/>
            </w:tcMar>
            <w:vAlign w:val="center"/>
          </w:tcPr>
          <w:p w14:paraId="2DC6C1EE" w14:textId="77777777"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4"/>
              </w:rPr>
              <w:t>☐</w:t>
            </w:r>
          </w:p>
        </w:tc>
      </w:tr>
      <w:tr w:rsidR="00332C82" w:rsidRPr="00332C82" w14:paraId="64D43356" w14:textId="77777777">
        <w:trPr>
          <w:jc w:val="center"/>
        </w:trPr>
        <w:tc>
          <w:tcPr>
            <w:tcW w:w="7710" w:type="dxa"/>
            <w:tcMar>
              <w:top w:w="80" w:type="dxa"/>
              <w:left w:w="100" w:type="dxa"/>
              <w:bottom w:w="80" w:type="dxa"/>
              <w:right w:w="100" w:type="dxa"/>
            </w:tcMar>
            <w:vAlign w:val="center"/>
          </w:tcPr>
          <w:p w14:paraId="57EFA5C7"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Bir sonraki görüşme / takip süreci planlandı.</w:t>
            </w:r>
          </w:p>
        </w:tc>
        <w:tc>
          <w:tcPr>
            <w:tcW w:w="1814" w:type="dxa"/>
            <w:tcMar>
              <w:top w:w="80" w:type="dxa"/>
              <w:left w:w="100" w:type="dxa"/>
              <w:bottom w:w="80" w:type="dxa"/>
              <w:right w:w="100" w:type="dxa"/>
            </w:tcMar>
            <w:vAlign w:val="center"/>
          </w:tcPr>
          <w:p w14:paraId="1FB7AF7E" w14:textId="77777777"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4"/>
              </w:rPr>
              <w:t>☐</w:t>
            </w:r>
          </w:p>
        </w:tc>
      </w:tr>
    </w:tbl>
    <w:p w14:paraId="3BC25DC8"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2"/>
        </w:rPr>
        <w:t>4. Beyan</w:t>
      </w:r>
    </w:p>
    <w:tbl>
      <w:tblPr>
        <w:tblStyle w:val="TabloKlavuzu"/>
        <w:tblW w:w="0" w:type="auto"/>
        <w:jc w:val="center"/>
        <w:tblLook w:val="04A0" w:firstRow="1" w:lastRow="0" w:firstColumn="1" w:lastColumn="0" w:noHBand="0" w:noVBand="1"/>
      </w:tblPr>
      <w:tblGrid>
        <w:gridCol w:w="9524"/>
      </w:tblGrid>
      <w:tr w:rsidR="00332C82" w:rsidRPr="00332C82" w14:paraId="22A262DD" w14:textId="77777777">
        <w:trPr>
          <w:jc w:val="center"/>
        </w:trPr>
        <w:tc>
          <w:tcPr>
            <w:tcW w:w="9524" w:type="dxa"/>
            <w:shd w:val="clear" w:color="auto" w:fill="FAFAFA"/>
            <w:tcMar>
              <w:top w:w="80" w:type="dxa"/>
              <w:left w:w="100" w:type="dxa"/>
              <w:bottom w:w="80" w:type="dxa"/>
              <w:right w:w="100" w:type="dxa"/>
            </w:tcMar>
            <w:vAlign w:val="center"/>
          </w:tcPr>
          <w:p w14:paraId="2A949EF2"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Yukarıda belirtilen konu kapsamında tarafıma gerekli bilgilendirme yapılmış olup, danışmanım tarafından yapılan açıklamaları ve yönlendirmeleri anladığımı kabul ederim. Gerektiğinde ilgili mevzuatı takip edeceğimi ve/veya belirtilen birimlere başvuracağımı beyan ederim.</w:t>
            </w:r>
          </w:p>
        </w:tc>
      </w:tr>
    </w:tbl>
    <w:p w14:paraId="4AB76D8F"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2"/>
        </w:rPr>
        <w:t>5. İmzalar</w:t>
      </w:r>
    </w:p>
    <w:tbl>
      <w:tblPr>
        <w:tblStyle w:val="TabloKlavuzu"/>
        <w:tblW w:w="0" w:type="auto"/>
        <w:jc w:val="center"/>
        <w:tblLook w:val="04A0" w:firstRow="1" w:lastRow="0" w:firstColumn="1" w:lastColumn="0" w:noHBand="0" w:noVBand="1"/>
      </w:tblPr>
      <w:tblGrid>
        <w:gridCol w:w="4762"/>
        <w:gridCol w:w="4762"/>
      </w:tblGrid>
      <w:tr w:rsidR="00332C82" w:rsidRPr="00332C82" w14:paraId="5CD33359" w14:textId="77777777">
        <w:trPr>
          <w:jc w:val="center"/>
        </w:trPr>
        <w:tc>
          <w:tcPr>
            <w:tcW w:w="4762" w:type="dxa"/>
            <w:shd w:val="clear" w:color="auto" w:fill="EAF1F8"/>
            <w:tcMar>
              <w:top w:w="80" w:type="dxa"/>
              <w:left w:w="100" w:type="dxa"/>
              <w:bottom w:w="80" w:type="dxa"/>
              <w:right w:w="100" w:type="dxa"/>
            </w:tcMar>
            <w:vAlign w:val="center"/>
          </w:tcPr>
          <w:p w14:paraId="79F2E668" w14:textId="77777777" w:rsidR="000A22B0" w:rsidRPr="00332C82" w:rsidRDefault="00F91193">
            <w:pPr>
              <w:jc w:val="center"/>
              <w:rPr>
                <w:rFonts w:ascii="Times New Roman" w:hAnsi="Times New Roman" w:cs="Times New Roman"/>
                <w:color w:val="000000" w:themeColor="text1"/>
              </w:rPr>
            </w:pPr>
            <w:r w:rsidRPr="00332C82">
              <w:rPr>
                <w:rFonts w:ascii="Times New Roman" w:hAnsi="Times New Roman" w:cs="Times New Roman"/>
                <w:b/>
                <w:color w:val="000000" w:themeColor="text1"/>
                <w:sz w:val="20"/>
              </w:rPr>
              <w:t>Danışmanın</w:t>
            </w:r>
          </w:p>
        </w:tc>
        <w:tc>
          <w:tcPr>
            <w:tcW w:w="4762" w:type="dxa"/>
            <w:shd w:val="clear" w:color="auto" w:fill="EAF1F8"/>
            <w:tcMar>
              <w:top w:w="80" w:type="dxa"/>
              <w:left w:w="100" w:type="dxa"/>
              <w:bottom w:w="80" w:type="dxa"/>
              <w:right w:w="100" w:type="dxa"/>
            </w:tcMar>
            <w:vAlign w:val="center"/>
          </w:tcPr>
          <w:p w14:paraId="767E0D5A" w14:textId="77777777" w:rsidR="000A22B0" w:rsidRPr="00332C82" w:rsidRDefault="00F91193">
            <w:pPr>
              <w:jc w:val="center"/>
              <w:rPr>
                <w:rFonts w:ascii="Times New Roman" w:hAnsi="Times New Roman" w:cs="Times New Roman"/>
                <w:color w:val="000000" w:themeColor="text1"/>
              </w:rPr>
            </w:pPr>
            <w:r w:rsidRPr="00332C82">
              <w:rPr>
                <w:rFonts w:ascii="Times New Roman" w:hAnsi="Times New Roman" w:cs="Times New Roman"/>
                <w:b/>
                <w:color w:val="000000" w:themeColor="text1"/>
                <w:sz w:val="20"/>
              </w:rPr>
              <w:t>Öğrencinin</w:t>
            </w:r>
          </w:p>
        </w:tc>
      </w:tr>
      <w:tr w:rsidR="00332C82" w:rsidRPr="00332C82" w14:paraId="5B1EBC16" w14:textId="77777777">
        <w:trPr>
          <w:jc w:val="center"/>
        </w:trPr>
        <w:tc>
          <w:tcPr>
            <w:tcW w:w="4762" w:type="dxa"/>
            <w:tcMar>
              <w:top w:w="80" w:type="dxa"/>
              <w:left w:w="100" w:type="dxa"/>
              <w:bottom w:w="80" w:type="dxa"/>
              <w:right w:w="100" w:type="dxa"/>
            </w:tcMar>
            <w:vAlign w:val="center"/>
          </w:tcPr>
          <w:p w14:paraId="2D65CEB3"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Adı Soyadı:</w:t>
            </w:r>
            <w:r w:rsidRPr="00332C82">
              <w:rPr>
                <w:rFonts w:ascii="Times New Roman" w:hAnsi="Times New Roman" w:cs="Times New Roman"/>
                <w:color w:val="000000" w:themeColor="text1"/>
                <w:sz w:val="20"/>
              </w:rPr>
              <w:br/>
              <w:t>................................................</w:t>
            </w:r>
            <w:r w:rsidRPr="00332C82">
              <w:rPr>
                <w:rFonts w:ascii="Times New Roman" w:hAnsi="Times New Roman" w:cs="Times New Roman"/>
                <w:color w:val="000000" w:themeColor="text1"/>
                <w:sz w:val="20"/>
              </w:rPr>
              <w:br/>
            </w:r>
            <w:r w:rsidRPr="00332C82">
              <w:rPr>
                <w:rFonts w:ascii="Times New Roman" w:hAnsi="Times New Roman" w:cs="Times New Roman"/>
                <w:color w:val="000000" w:themeColor="text1"/>
                <w:sz w:val="20"/>
              </w:rPr>
              <w:br/>
              <w:t>İmza:</w:t>
            </w:r>
            <w:r w:rsidRPr="00332C82">
              <w:rPr>
                <w:rFonts w:ascii="Times New Roman" w:hAnsi="Times New Roman" w:cs="Times New Roman"/>
                <w:color w:val="000000" w:themeColor="text1"/>
                <w:sz w:val="20"/>
              </w:rPr>
              <w:br/>
              <w:t>................................................</w:t>
            </w:r>
          </w:p>
        </w:tc>
        <w:tc>
          <w:tcPr>
            <w:tcW w:w="4762" w:type="dxa"/>
            <w:tcMar>
              <w:top w:w="80" w:type="dxa"/>
              <w:left w:w="100" w:type="dxa"/>
              <w:bottom w:w="80" w:type="dxa"/>
              <w:right w:w="100" w:type="dxa"/>
            </w:tcMar>
            <w:vAlign w:val="center"/>
          </w:tcPr>
          <w:p w14:paraId="35B77C0D"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Adı Soyadı:</w:t>
            </w:r>
            <w:r w:rsidRPr="00332C82">
              <w:rPr>
                <w:rFonts w:ascii="Times New Roman" w:hAnsi="Times New Roman" w:cs="Times New Roman"/>
                <w:color w:val="000000" w:themeColor="text1"/>
                <w:sz w:val="20"/>
              </w:rPr>
              <w:br/>
              <w:t>................................................</w:t>
            </w:r>
            <w:r w:rsidRPr="00332C82">
              <w:rPr>
                <w:rFonts w:ascii="Times New Roman" w:hAnsi="Times New Roman" w:cs="Times New Roman"/>
                <w:color w:val="000000" w:themeColor="text1"/>
                <w:sz w:val="20"/>
              </w:rPr>
              <w:br/>
            </w:r>
            <w:r w:rsidRPr="00332C82">
              <w:rPr>
                <w:rFonts w:ascii="Times New Roman" w:hAnsi="Times New Roman" w:cs="Times New Roman"/>
                <w:color w:val="000000" w:themeColor="text1"/>
                <w:sz w:val="20"/>
              </w:rPr>
              <w:br/>
              <w:t>İmza:</w:t>
            </w:r>
            <w:r w:rsidRPr="00332C82">
              <w:rPr>
                <w:rFonts w:ascii="Times New Roman" w:hAnsi="Times New Roman" w:cs="Times New Roman"/>
                <w:color w:val="000000" w:themeColor="text1"/>
                <w:sz w:val="20"/>
              </w:rPr>
              <w:br/>
              <w:t>................................................</w:t>
            </w:r>
          </w:p>
        </w:tc>
      </w:tr>
    </w:tbl>
    <w:p w14:paraId="45228F21"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18"/>
        </w:rPr>
        <w:t>Not: Bu tutanak, öğrencinin özel durumuna ilişkin ayrıntılı kişisel veri içermeyecek şekilde, yalnızca danışmanlık görüşmesinin yapıldığını ve konu hakkında bilgilendirme sağlandığını belgeleme amacıyla düzenlenir. Uygun görüldüğünde öğrenci dosyasında muhafaza edilir.</w:t>
      </w:r>
    </w:p>
    <w:p w14:paraId="59D9B77C" w14:textId="31734847" w:rsidR="007A2A95" w:rsidRDefault="00F91193">
      <w:pPr>
        <w:rPr>
          <w:rFonts w:ascii="Times New Roman" w:hAnsi="Times New Roman" w:cs="Times New Roman"/>
          <w:b/>
          <w:color w:val="000000" w:themeColor="text1"/>
          <w:sz w:val="18"/>
        </w:rPr>
      </w:pPr>
      <w:r w:rsidRPr="00332C82">
        <w:rPr>
          <w:rFonts w:ascii="Times New Roman" w:hAnsi="Times New Roman" w:cs="Times New Roman"/>
          <w:b/>
          <w:color w:val="000000" w:themeColor="text1"/>
          <w:sz w:val="18"/>
        </w:rPr>
        <w:t>Dayanak: İstanbul Yeni Yüzyıl Üniversitesi Öğrenci Danışmanlık Yönergesi.</w:t>
      </w:r>
    </w:p>
    <w:p w14:paraId="207ABC19" w14:textId="6B97B9CD" w:rsidR="00C75762" w:rsidRPr="00CB2366" w:rsidRDefault="007A2A95" w:rsidP="00CB2366">
      <w:pPr>
        <w:rPr>
          <w:rFonts w:ascii="Times New Roman" w:hAnsi="Times New Roman" w:cs="Times New Roman"/>
          <w:b/>
          <w:color w:val="000000" w:themeColor="text1"/>
          <w:sz w:val="18"/>
        </w:rPr>
      </w:pPr>
      <w:r>
        <w:rPr>
          <w:rFonts w:ascii="Times New Roman" w:hAnsi="Times New Roman" w:cs="Times New Roman"/>
          <w:b/>
          <w:color w:val="000000" w:themeColor="text1"/>
          <w:sz w:val="18"/>
        </w:rPr>
        <w:br w:type="page"/>
      </w:r>
    </w:p>
    <w:p w14:paraId="722DC630" w14:textId="77777777" w:rsidR="00642C42" w:rsidRDefault="00C75762" w:rsidP="00C75762">
      <w:pPr>
        <w:jc w:val="center"/>
        <w:rPr>
          <w:rFonts w:ascii="Times New Roman" w:hAnsi="Times New Roman" w:cs="Times New Roman"/>
          <w:b/>
          <w:color w:val="000000" w:themeColor="text1"/>
          <w:sz w:val="20"/>
          <w:szCs w:val="20"/>
        </w:rPr>
      </w:pPr>
      <w:r w:rsidRPr="00B175E3">
        <w:rPr>
          <w:rFonts w:ascii="Times New Roman" w:hAnsi="Times New Roman" w:cs="Times New Roman"/>
          <w:b/>
          <w:color w:val="000000" w:themeColor="text1"/>
          <w:sz w:val="20"/>
          <w:szCs w:val="20"/>
        </w:rPr>
        <w:lastRenderedPageBreak/>
        <w:t>İSTANBUL YENİ YÜZYIL ÜNİVERSİTESİ</w:t>
      </w:r>
      <w:r w:rsidRPr="00B175E3">
        <w:rPr>
          <w:rFonts w:ascii="Times New Roman" w:hAnsi="Times New Roman" w:cs="Times New Roman"/>
          <w:b/>
          <w:color w:val="000000" w:themeColor="text1"/>
          <w:sz w:val="20"/>
          <w:szCs w:val="20"/>
        </w:rPr>
        <w:br/>
        <w:t>İKTİSADİ VE İDARİ BİLİMLER FAKÜLTESİ</w:t>
      </w:r>
    </w:p>
    <w:p w14:paraId="1F8EDD5B" w14:textId="053EB8A9" w:rsidR="00C75762" w:rsidRPr="00312EE3" w:rsidRDefault="00312EE3" w:rsidP="00312EE3">
      <w:pPr>
        <w:jc w:val="center"/>
        <w:rPr>
          <w:rFonts w:ascii="Times New Roman" w:hAnsi="Times New Roman" w:cs="Times New Roman"/>
          <w:color w:val="000000" w:themeColor="text1"/>
          <w:sz w:val="22"/>
        </w:rPr>
      </w:pPr>
      <w:r>
        <w:rPr>
          <w:rFonts w:ascii="Times New Roman" w:hAnsi="Times New Roman" w:cs="Times New Roman"/>
          <w:b/>
          <w:color w:val="000000" w:themeColor="text1"/>
          <w:sz w:val="22"/>
        </w:rPr>
        <w:t>ULUSLARARASI TİCARET VE LOJİSTİK BÖLÜMÜ</w:t>
      </w:r>
      <w:r w:rsidR="00C75762" w:rsidRPr="00B175E3">
        <w:rPr>
          <w:rFonts w:ascii="Times New Roman" w:hAnsi="Times New Roman" w:cs="Times New Roman"/>
          <w:b/>
          <w:color w:val="000000" w:themeColor="text1"/>
          <w:sz w:val="20"/>
          <w:szCs w:val="20"/>
        </w:rPr>
        <w:br/>
        <w:t>ÖĞRENCİ DANIŞMANLIK BİLGİLENDİRME VE İMZA TUTANAĞI</w:t>
      </w:r>
    </w:p>
    <w:p w14:paraId="46CEB078" w14:textId="77777777" w:rsidR="00C75762" w:rsidRPr="00B175E3" w:rsidRDefault="00C75762" w:rsidP="00C75762">
      <w:pPr>
        <w:jc w:val="center"/>
        <w:rPr>
          <w:rFonts w:ascii="Times New Roman" w:hAnsi="Times New Roman" w:cs="Times New Roman"/>
          <w:color w:val="000000" w:themeColor="text1"/>
          <w:sz w:val="20"/>
          <w:szCs w:val="20"/>
        </w:rPr>
      </w:pPr>
      <w:r w:rsidRPr="00B175E3">
        <w:rPr>
          <w:rFonts w:ascii="Times New Roman" w:hAnsi="Times New Roman" w:cs="Times New Roman"/>
          <w:i/>
          <w:color w:val="000000" w:themeColor="text1"/>
          <w:sz w:val="20"/>
          <w:szCs w:val="20"/>
        </w:rPr>
        <w:t>Akademik yıl / yarıyıl başında öğrencilere yapılan danışmanlık bilgilendirmesine ilişkin katılım ve imza tutanağı</w:t>
      </w:r>
    </w:p>
    <w:p w14:paraId="0254BF38" w14:textId="77777777" w:rsidR="00C75762" w:rsidRPr="00B175E3" w:rsidRDefault="00C75762" w:rsidP="00C75762">
      <w:pPr>
        <w:spacing w:before="60" w:after="160"/>
        <w:ind w:firstLine="720"/>
        <w:jc w:val="both"/>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Bu tutanak, İstanbul Yeni Yüzyıl Üniversitesi Öğrenci Danışmanlık Yönergesi kapsamında, öğrencilere danışmanlık süreçleri hakkında bilgilendirmenin kayıt altına alınması amacıyla düzenlenmiştir. Aşağıda imzası bulunan öğrenciler, belirtilen tarihte gerçekleştirilen bilgilendirme toplantısına katıldıklarını ve kendilerine aşağıda belirtilen hususlarda bilgi verildiğini kabul ederler.</w:t>
      </w:r>
    </w:p>
    <w:p w14:paraId="08386FBC" w14:textId="77777777" w:rsidR="00C75762" w:rsidRPr="00B175E3" w:rsidRDefault="00C75762" w:rsidP="00C75762">
      <w:pP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Toplantı Bilgileri</w:t>
      </w:r>
    </w:p>
    <w:tbl>
      <w:tblPr>
        <w:tblW w:w="0" w:type="auto"/>
        <w:jc w:val="center"/>
        <w:tblBorders>
          <w:top w:val="single" w:sz="8" w:space="0" w:color="9FBAD0"/>
          <w:left w:val="single" w:sz="8" w:space="0" w:color="9FBAD0"/>
          <w:bottom w:val="single" w:sz="8" w:space="0" w:color="9FBAD0"/>
          <w:right w:val="single" w:sz="8" w:space="0" w:color="9FBAD0"/>
          <w:insideH w:val="single" w:sz="8" w:space="0" w:color="9FBAD0"/>
          <w:insideV w:val="single" w:sz="8" w:space="0" w:color="9FBAD0"/>
        </w:tblBorders>
        <w:tblLayout w:type="fixed"/>
        <w:tblLook w:val="04A0" w:firstRow="1" w:lastRow="0" w:firstColumn="1" w:lastColumn="0" w:noHBand="0" w:noVBand="1"/>
      </w:tblPr>
      <w:tblGrid>
        <w:gridCol w:w="2041"/>
        <w:gridCol w:w="3175"/>
        <w:gridCol w:w="2268"/>
        <w:gridCol w:w="2268"/>
      </w:tblGrid>
      <w:tr w:rsidR="00C75762" w:rsidRPr="00B175E3" w14:paraId="3CC5236F" w14:textId="77777777" w:rsidTr="009D1256">
        <w:trPr>
          <w:jc w:val="center"/>
        </w:trPr>
        <w:tc>
          <w:tcPr>
            <w:tcW w:w="2041" w:type="dxa"/>
            <w:shd w:val="clear" w:color="auto" w:fill="D9EAF7"/>
            <w:tcMar>
              <w:top w:w="100" w:type="dxa"/>
              <w:left w:w="120" w:type="dxa"/>
              <w:bottom w:w="100" w:type="dxa"/>
              <w:right w:w="120" w:type="dxa"/>
            </w:tcMar>
            <w:vAlign w:val="center"/>
          </w:tcPr>
          <w:p w14:paraId="78232F1A"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Bölüm / Program</w:t>
            </w:r>
          </w:p>
        </w:tc>
        <w:tc>
          <w:tcPr>
            <w:tcW w:w="3175" w:type="dxa"/>
            <w:shd w:val="clear" w:color="auto" w:fill="FFFFFF"/>
            <w:tcMar>
              <w:top w:w="100" w:type="dxa"/>
              <w:left w:w="120" w:type="dxa"/>
              <w:bottom w:w="100" w:type="dxa"/>
              <w:right w:w="120" w:type="dxa"/>
            </w:tcMar>
            <w:vAlign w:val="center"/>
          </w:tcPr>
          <w:p w14:paraId="78D2E4EE"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w:t>
            </w:r>
          </w:p>
        </w:tc>
        <w:tc>
          <w:tcPr>
            <w:tcW w:w="2268" w:type="dxa"/>
            <w:shd w:val="clear" w:color="auto" w:fill="D9EAF7"/>
            <w:tcMar>
              <w:top w:w="100" w:type="dxa"/>
              <w:left w:w="120" w:type="dxa"/>
              <w:bottom w:w="100" w:type="dxa"/>
              <w:right w:w="120" w:type="dxa"/>
            </w:tcMar>
            <w:vAlign w:val="center"/>
          </w:tcPr>
          <w:p w14:paraId="4DA57020"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Akademik Yıl / Yarıyıl</w:t>
            </w:r>
          </w:p>
        </w:tc>
        <w:tc>
          <w:tcPr>
            <w:tcW w:w="2268" w:type="dxa"/>
            <w:shd w:val="clear" w:color="auto" w:fill="FFFFFF"/>
            <w:tcMar>
              <w:top w:w="100" w:type="dxa"/>
              <w:left w:w="120" w:type="dxa"/>
              <w:bottom w:w="100" w:type="dxa"/>
              <w:right w:w="120" w:type="dxa"/>
            </w:tcMar>
            <w:vAlign w:val="center"/>
          </w:tcPr>
          <w:p w14:paraId="5ECB6A98"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w:t>
            </w:r>
          </w:p>
        </w:tc>
      </w:tr>
      <w:tr w:rsidR="00C75762" w:rsidRPr="00B175E3" w14:paraId="4F5A9034" w14:textId="77777777" w:rsidTr="009D1256">
        <w:trPr>
          <w:jc w:val="center"/>
        </w:trPr>
        <w:tc>
          <w:tcPr>
            <w:tcW w:w="2041" w:type="dxa"/>
            <w:shd w:val="clear" w:color="auto" w:fill="D9EAF7"/>
            <w:tcMar>
              <w:top w:w="100" w:type="dxa"/>
              <w:left w:w="120" w:type="dxa"/>
              <w:bottom w:w="100" w:type="dxa"/>
              <w:right w:w="120" w:type="dxa"/>
            </w:tcMar>
            <w:vAlign w:val="center"/>
          </w:tcPr>
          <w:p w14:paraId="71ED2779"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Danışmanın Adı Soyadı / Unvanı</w:t>
            </w:r>
          </w:p>
        </w:tc>
        <w:tc>
          <w:tcPr>
            <w:tcW w:w="3175" w:type="dxa"/>
            <w:shd w:val="clear" w:color="auto" w:fill="FFFFFF"/>
            <w:tcMar>
              <w:top w:w="100" w:type="dxa"/>
              <w:left w:w="120" w:type="dxa"/>
              <w:bottom w:w="100" w:type="dxa"/>
              <w:right w:w="120" w:type="dxa"/>
            </w:tcMar>
            <w:vAlign w:val="center"/>
          </w:tcPr>
          <w:p w14:paraId="3210381B"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w:t>
            </w:r>
          </w:p>
        </w:tc>
        <w:tc>
          <w:tcPr>
            <w:tcW w:w="2268" w:type="dxa"/>
            <w:shd w:val="clear" w:color="auto" w:fill="D9EAF7"/>
            <w:tcMar>
              <w:top w:w="100" w:type="dxa"/>
              <w:left w:w="120" w:type="dxa"/>
              <w:bottom w:w="100" w:type="dxa"/>
              <w:right w:w="120" w:type="dxa"/>
            </w:tcMar>
            <w:vAlign w:val="center"/>
          </w:tcPr>
          <w:p w14:paraId="3345340F"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Danışman Görüşme Günü - Saati</w:t>
            </w:r>
          </w:p>
        </w:tc>
        <w:tc>
          <w:tcPr>
            <w:tcW w:w="2268" w:type="dxa"/>
            <w:shd w:val="clear" w:color="auto" w:fill="FFFFFF"/>
            <w:tcMar>
              <w:top w:w="100" w:type="dxa"/>
              <w:left w:w="120" w:type="dxa"/>
              <w:bottom w:w="100" w:type="dxa"/>
              <w:right w:w="120" w:type="dxa"/>
            </w:tcMar>
            <w:vAlign w:val="center"/>
          </w:tcPr>
          <w:p w14:paraId="00EAEB89"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w:t>
            </w:r>
          </w:p>
        </w:tc>
      </w:tr>
      <w:tr w:rsidR="00C75762" w:rsidRPr="00B175E3" w14:paraId="4669EEE4" w14:textId="77777777" w:rsidTr="009D1256">
        <w:trPr>
          <w:jc w:val="center"/>
        </w:trPr>
        <w:tc>
          <w:tcPr>
            <w:tcW w:w="2041" w:type="dxa"/>
            <w:shd w:val="clear" w:color="auto" w:fill="D9EAF7"/>
            <w:tcMar>
              <w:top w:w="100" w:type="dxa"/>
              <w:left w:w="120" w:type="dxa"/>
              <w:bottom w:w="100" w:type="dxa"/>
              <w:right w:w="120" w:type="dxa"/>
            </w:tcMar>
            <w:vAlign w:val="center"/>
          </w:tcPr>
          <w:p w14:paraId="605B05E3"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Toplantı Tarihi</w:t>
            </w:r>
          </w:p>
        </w:tc>
        <w:tc>
          <w:tcPr>
            <w:tcW w:w="3175" w:type="dxa"/>
            <w:shd w:val="clear" w:color="auto" w:fill="FFFFFF"/>
            <w:tcMar>
              <w:top w:w="100" w:type="dxa"/>
              <w:left w:w="120" w:type="dxa"/>
              <w:bottom w:w="100" w:type="dxa"/>
              <w:right w:w="120" w:type="dxa"/>
            </w:tcMar>
            <w:vAlign w:val="center"/>
          </w:tcPr>
          <w:p w14:paraId="1EFDC975"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 ...... / 20......</w:t>
            </w:r>
          </w:p>
        </w:tc>
        <w:tc>
          <w:tcPr>
            <w:tcW w:w="2268" w:type="dxa"/>
            <w:shd w:val="clear" w:color="auto" w:fill="D9EAF7"/>
            <w:tcMar>
              <w:top w:w="100" w:type="dxa"/>
              <w:left w:w="120" w:type="dxa"/>
              <w:bottom w:w="100" w:type="dxa"/>
              <w:right w:w="120" w:type="dxa"/>
            </w:tcMar>
            <w:vAlign w:val="center"/>
          </w:tcPr>
          <w:p w14:paraId="092647E0"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Toplantı Yeri</w:t>
            </w:r>
          </w:p>
        </w:tc>
        <w:tc>
          <w:tcPr>
            <w:tcW w:w="2268" w:type="dxa"/>
            <w:shd w:val="clear" w:color="auto" w:fill="FFFFFF"/>
            <w:tcMar>
              <w:top w:w="100" w:type="dxa"/>
              <w:left w:w="120" w:type="dxa"/>
              <w:bottom w:w="100" w:type="dxa"/>
              <w:right w:w="120" w:type="dxa"/>
            </w:tcMar>
            <w:vAlign w:val="center"/>
          </w:tcPr>
          <w:p w14:paraId="1CA022F6"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w:t>
            </w:r>
          </w:p>
        </w:tc>
      </w:tr>
    </w:tbl>
    <w:p w14:paraId="68FE6B28" w14:textId="77777777" w:rsidR="00C75762" w:rsidRPr="00B175E3" w:rsidRDefault="00C75762" w:rsidP="00C75762">
      <w:pPr>
        <w:rPr>
          <w:rFonts w:ascii="Times New Roman" w:hAnsi="Times New Roman" w:cs="Times New Roman"/>
          <w:color w:val="000000" w:themeColor="text1"/>
          <w:sz w:val="20"/>
          <w:szCs w:val="20"/>
        </w:rPr>
      </w:pPr>
    </w:p>
    <w:p w14:paraId="0361BE91" w14:textId="77777777" w:rsidR="00C75762" w:rsidRPr="00B175E3" w:rsidRDefault="00C75762" w:rsidP="00C75762">
      <w:pP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Öğrencilere Yapılan Bilgilendirme Konuları</w:t>
      </w:r>
    </w:p>
    <w:tbl>
      <w:tblPr>
        <w:tblW w:w="0" w:type="auto"/>
        <w:jc w:val="center"/>
        <w:tblBorders>
          <w:top w:val="single" w:sz="8" w:space="0" w:color="B7C9D6"/>
          <w:left w:val="single" w:sz="8" w:space="0" w:color="B7C9D6"/>
          <w:bottom w:val="single" w:sz="8" w:space="0" w:color="B7C9D6"/>
          <w:right w:val="single" w:sz="8" w:space="0" w:color="B7C9D6"/>
          <w:insideH w:val="single" w:sz="8" w:space="0" w:color="B7C9D6"/>
          <w:insideV w:val="single" w:sz="8" w:space="0" w:color="B7C9D6"/>
        </w:tblBorders>
        <w:tblLayout w:type="fixed"/>
        <w:tblLook w:val="04A0" w:firstRow="1" w:lastRow="0" w:firstColumn="1" w:lastColumn="0" w:noHBand="0" w:noVBand="1"/>
      </w:tblPr>
      <w:tblGrid>
        <w:gridCol w:w="737"/>
        <w:gridCol w:w="9014"/>
      </w:tblGrid>
      <w:tr w:rsidR="00C75762" w:rsidRPr="00B175E3" w14:paraId="12431BED" w14:textId="77777777" w:rsidTr="009D1256">
        <w:trPr>
          <w:tblHeader/>
          <w:jc w:val="center"/>
        </w:trPr>
        <w:tc>
          <w:tcPr>
            <w:tcW w:w="737" w:type="dxa"/>
            <w:shd w:val="clear" w:color="auto" w:fill="D9EAF7"/>
            <w:tcMar>
              <w:top w:w="90" w:type="dxa"/>
              <w:left w:w="120" w:type="dxa"/>
              <w:bottom w:w="90" w:type="dxa"/>
              <w:right w:w="120" w:type="dxa"/>
            </w:tcMar>
            <w:vAlign w:val="center"/>
          </w:tcPr>
          <w:p w14:paraId="57D87CC4"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No</w:t>
            </w:r>
          </w:p>
        </w:tc>
        <w:tc>
          <w:tcPr>
            <w:tcW w:w="9014" w:type="dxa"/>
            <w:shd w:val="clear" w:color="auto" w:fill="D9EAF7"/>
            <w:tcMar>
              <w:top w:w="90" w:type="dxa"/>
              <w:left w:w="120" w:type="dxa"/>
              <w:bottom w:w="90" w:type="dxa"/>
              <w:right w:w="120" w:type="dxa"/>
            </w:tcMar>
            <w:vAlign w:val="center"/>
          </w:tcPr>
          <w:p w14:paraId="27375EF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Bilgilendirme Konusu</w:t>
            </w:r>
          </w:p>
        </w:tc>
      </w:tr>
      <w:tr w:rsidR="00C75762" w:rsidRPr="00B175E3" w14:paraId="057E2F5B" w14:textId="77777777" w:rsidTr="009D1256">
        <w:trPr>
          <w:jc w:val="center"/>
        </w:trPr>
        <w:tc>
          <w:tcPr>
            <w:tcW w:w="737" w:type="dxa"/>
            <w:tcMar>
              <w:top w:w="90" w:type="dxa"/>
              <w:left w:w="120" w:type="dxa"/>
              <w:bottom w:w="90" w:type="dxa"/>
              <w:right w:w="120" w:type="dxa"/>
            </w:tcMar>
            <w:vAlign w:val="center"/>
          </w:tcPr>
          <w:p w14:paraId="3392FFAE"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w:t>
            </w:r>
          </w:p>
        </w:tc>
        <w:tc>
          <w:tcPr>
            <w:tcW w:w="9014" w:type="dxa"/>
            <w:tcMar>
              <w:top w:w="90" w:type="dxa"/>
              <w:left w:w="120" w:type="dxa"/>
              <w:bottom w:w="90" w:type="dxa"/>
              <w:right w:w="120" w:type="dxa"/>
            </w:tcMar>
            <w:vAlign w:val="center"/>
          </w:tcPr>
          <w:p w14:paraId="296792F9"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Programın eğitim-öğretim yapısı, ders planı ve mezuniyet koşulları hakkında bilgi verildi.</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5B76F3B3" w14:textId="77777777" w:rsidTr="009D1256">
        <w:trPr>
          <w:jc w:val="center"/>
        </w:trPr>
        <w:tc>
          <w:tcPr>
            <w:tcW w:w="737" w:type="dxa"/>
            <w:tcMar>
              <w:top w:w="90" w:type="dxa"/>
              <w:left w:w="120" w:type="dxa"/>
              <w:bottom w:w="90" w:type="dxa"/>
              <w:right w:w="120" w:type="dxa"/>
            </w:tcMar>
            <w:vAlign w:val="center"/>
          </w:tcPr>
          <w:p w14:paraId="54EB61D1"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w:t>
            </w:r>
          </w:p>
        </w:tc>
        <w:tc>
          <w:tcPr>
            <w:tcW w:w="9014" w:type="dxa"/>
            <w:tcMar>
              <w:top w:w="90" w:type="dxa"/>
              <w:left w:w="120" w:type="dxa"/>
              <w:bottom w:w="90" w:type="dxa"/>
              <w:right w:w="120" w:type="dxa"/>
            </w:tcMar>
            <w:vAlign w:val="center"/>
          </w:tcPr>
          <w:p w14:paraId="65146BC3"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Ders kayıt, ders seçimi, ders ekleme-bırakma ve dersten çekilme süreçleri açıklandı.</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3FC65979" w14:textId="77777777" w:rsidTr="009D1256">
        <w:trPr>
          <w:jc w:val="center"/>
        </w:trPr>
        <w:tc>
          <w:tcPr>
            <w:tcW w:w="737" w:type="dxa"/>
            <w:tcMar>
              <w:top w:w="90" w:type="dxa"/>
              <w:left w:w="120" w:type="dxa"/>
              <w:bottom w:w="90" w:type="dxa"/>
              <w:right w:w="120" w:type="dxa"/>
            </w:tcMar>
            <w:vAlign w:val="center"/>
          </w:tcPr>
          <w:p w14:paraId="7D700E63"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w:t>
            </w:r>
          </w:p>
        </w:tc>
        <w:tc>
          <w:tcPr>
            <w:tcW w:w="9014" w:type="dxa"/>
            <w:tcMar>
              <w:top w:w="90" w:type="dxa"/>
              <w:left w:w="120" w:type="dxa"/>
              <w:bottom w:w="90" w:type="dxa"/>
              <w:right w:w="120" w:type="dxa"/>
            </w:tcMar>
            <w:vAlign w:val="center"/>
          </w:tcPr>
          <w:p w14:paraId="4EE4EF8A"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Derslerin içerikleri, dönemlik planlaması ve ders seçiminin danışman rehberliğinde yürütüleceği belirtildi.</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71644668" w14:textId="77777777" w:rsidTr="009D1256">
        <w:trPr>
          <w:jc w:val="center"/>
        </w:trPr>
        <w:tc>
          <w:tcPr>
            <w:tcW w:w="737" w:type="dxa"/>
            <w:tcMar>
              <w:top w:w="90" w:type="dxa"/>
              <w:left w:w="120" w:type="dxa"/>
              <w:bottom w:w="90" w:type="dxa"/>
              <w:right w:w="120" w:type="dxa"/>
            </w:tcMar>
            <w:vAlign w:val="center"/>
          </w:tcPr>
          <w:p w14:paraId="376356B7"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w:t>
            </w:r>
          </w:p>
        </w:tc>
        <w:tc>
          <w:tcPr>
            <w:tcW w:w="9014" w:type="dxa"/>
            <w:tcMar>
              <w:top w:w="90" w:type="dxa"/>
              <w:left w:w="120" w:type="dxa"/>
              <w:bottom w:w="90" w:type="dxa"/>
              <w:right w:w="120" w:type="dxa"/>
            </w:tcMar>
            <w:vAlign w:val="center"/>
          </w:tcPr>
          <w:p w14:paraId="79028990"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Üniversitenin ve fakültenin ilgili yönetmelik, yönerge ve akademik süreçleri hakkında bilgilendirme yapıldı.</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21DD1758" w14:textId="77777777" w:rsidTr="009D1256">
        <w:trPr>
          <w:jc w:val="center"/>
        </w:trPr>
        <w:tc>
          <w:tcPr>
            <w:tcW w:w="737" w:type="dxa"/>
            <w:tcMar>
              <w:top w:w="90" w:type="dxa"/>
              <w:left w:w="120" w:type="dxa"/>
              <w:bottom w:w="90" w:type="dxa"/>
              <w:right w:w="120" w:type="dxa"/>
            </w:tcMar>
            <w:vAlign w:val="center"/>
          </w:tcPr>
          <w:p w14:paraId="2EEDEF9B"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5</w:t>
            </w:r>
          </w:p>
        </w:tc>
        <w:tc>
          <w:tcPr>
            <w:tcW w:w="9014" w:type="dxa"/>
            <w:tcMar>
              <w:top w:w="90" w:type="dxa"/>
              <w:left w:w="120" w:type="dxa"/>
              <w:bottom w:w="90" w:type="dxa"/>
              <w:right w:w="120" w:type="dxa"/>
            </w:tcMar>
            <w:vAlign w:val="center"/>
          </w:tcPr>
          <w:p w14:paraId="790DCF78"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Akademik başarı durumu takibi, başarısızlık halinde izlenecek yol ve gerektiğinde ilgili birimlere yönlendirme süreci açıklandı.</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427149E6" w14:textId="77777777" w:rsidTr="009D1256">
        <w:trPr>
          <w:jc w:val="center"/>
        </w:trPr>
        <w:tc>
          <w:tcPr>
            <w:tcW w:w="737" w:type="dxa"/>
            <w:tcMar>
              <w:top w:w="90" w:type="dxa"/>
              <w:left w:w="120" w:type="dxa"/>
              <w:bottom w:w="90" w:type="dxa"/>
              <w:right w:w="120" w:type="dxa"/>
            </w:tcMar>
            <w:vAlign w:val="center"/>
          </w:tcPr>
          <w:p w14:paraId="39D5626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6</w:t>
            </w:r>
          </w:p>
        </w:tc>
        <w:tc>
          <w:tcPr>
            <w:tcW w:w="9014" w:type="dxa"/>
            <w:tcMar>
              <w:top w:w="90" w:type="dxa"/>
              <w:left w:w="120" w:type="dxa"/>
              <w:bottom w:w="90" w:type="dxa"/>
              <w:right w:w="120" w:type="dxa"/>
            </w:tcMar>
            <w:vAlign w:val="center"/>
          </w:tcPr>
          <w:p w14:paraId="4A2D2F02"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Kariyer planlaması, akademik gelişim ve danışmanlık desteğinin kapsamı hakkında rehberlik yapıldı.</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24DBEFA3" w14:textId="77777777" w:rsidTr="009D1256">
        <w:trPr>
          <w:jc w:val="center"/>
        </w:trPr>
        <w:tc>
          <w:tcPr>
            <w:tcW w:w="737" w:type="dxa"/>
            <w:tcMar>
              <w:top w:w="90" w:type="dxa"/>
              <w:left w:w="120" w:type="dxa"/>
              <w:bottom w:w="90" w:type="dxa"/>
              <w:right w:w="120" w:type="dxa"/>
            </w:tcMar>
            <w:vAlign w:val="center"/>
          </w:tcPr>
          <w:p w14:paraId="0F2CE528"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lastRenderedPageBreak/>
              <w:t>7</w:t>
            </w:r>
          </w:p>
        </w:tc>
        <w:tc>
          <w:tcPr>
            <w:tcW w:w="9014" w:type="dxa"/>
            <w:tcMar>
              <w:top w:w="90" w:type="dxa"/>
              <w:left w:w="120" w:type="dxa"/>
              <w:bottom w:w="90" w:type="dxa"/>
              <w:right w:w="120" w:type="dxa"/>
            </w:tcMar>
            <w:vAlign w:val="center"/>
          </w:tcPr>
          <w:p w14:paraId="485FF8E3"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Çift anadal, yandal, değişim programları ve yurt dışı eğitim imkânları hakkında genel bilgi verildi.</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6BA81913" w14:textId="77777777" w:rsidTr="009D1256">
        <w:trPr>
          <w:jc w:val="center"/>
        </w:trPr>
        <w:tc>
          <w:tcPr>
            <w:tcW w:w="737" w:type="dxa"/>
            <w:tcMar>
              <w:top w:w="90" w:type="dxa"/>
              <w:left w:w="120" w:type="dxa"/>
              <w:bottom w:w="90" w:type="dxa"/>
              <w:right w:w="120" w:type="dxa"/>
            </w:tcMar>
            <w:vAlign w:val="center"/>
          </w:tcPr>
          <w:p w14:paraId="24850B85"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8</w:t>
            </w:r>
          </w:p>
        </w:tc>
        <w:tc>
          <w:tcPr>
            <w:tcW w:w="9014" w:type="dxa"/>
            <w:tcMar>
              <w:top w:w="90" w:type="dxa"/>
              <w:left w:w="120" w:type="dxa"/>
              <w:bottom w:w="90" w:type="dxa"/>
              <w:right w:w="120" w:type="dxa"/>
            </w:tcMar>
            <w:vAlign w:val="center"/>
          </w:tcPr>
          <w:p w14:paraId="1F17B5D9"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Yatay geçiş, dikey geçiş, kurum içi geçiş ve intibak süreçlerine ilişkin genel bilgilendirme yapıldı.</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51C267DB" w14:textId="77777777" w:rsidTr="009D1256">
        <w:trPr>
          <w:jc w:val="center"/>
        </w:trPr>
        <w:tc>
          <w:tcPr>
            <w:tcW w:w="737" w:type="dxa"/>
            <w:tcMar>
              <w:top w:w="90" w:type="dxa"/>
              <w:left w:w="120" w:type="dxa"/>
              <w:bottom w:w="90" w:type="dxa"/>
              <w:right w:w="120" w:type="dxa"/>
            </w:tcMar>
            <w:vAlign w:val="center"/>
          </w:tcPr>
          <w:p w14:paraId="2AD6E68A"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9</w:t>
            </w:r>
          </w:p>
        </w:tc>
        <w:tc>
          <w:tcPr>
            <w:tcW w:w="9014" w:type="dxa"/>
            <w:tcMar>
              <w:top w:w="90" w:type="dxa"/>
              <w:left w:w="120" w:type="dxa"/>
              <w:bottom w:w="90" w:type="dxa"/>
              <w:right w:w="120" w:type="dxa"/>
            </w:tcMar>
            <w:vAlign w:val="center"/>
          </w:tcPr>
          <w:p w14:paraId="115700B2"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Danışman görüşme gün ve saatleri öğrencilere bildirildi.</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0B758131" w14:textId="77777777" w:rsidTr="009D1256">
        <w:trPr>
          <w:jc w:val="center"/>
        </w:trPr>
        <w:tc>
          <w:tcPr>
            <w:tcW w:w="737" w:type="dxa"/>
            <w:tcMar>
              <w:top w:w="90" w:type="dxa"/>
              <w:left w:w="120" w:type="dxa"/>
              <w:bottom w:w="90" w:type="dxa"/>
              <w:right w:w="120" w:type="dxa"/>
            </w:tcMar>
            <w:vAlign w:val="center"/>
          </w:tcPr>
          <w:p w14:paraId="2A17296E"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10</w:t>
            </w:r>
          </w:p>
        </w:tc>
        <w:tc>
          <w:tcPr>
            <w:tcW w:w="9014" w:type="dxa"/>
            <w:tcMar>
              <w:top w:w="90" w:type="dxa"/>
              <w:left w:w="120" w:type="dxa"/>
              <w:bottom w:w="90" w:type="dxa"/>
              <w:right w:w="120" w:type="dxa"/>
            </w:tcMar>
            <w:vAlign w:val="center"/>
          </w:tcPr>
          <w:p w14:paraId="559D37E0"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Öğrencilerin güncel mevzuatı takip etme, ilan edilen tarihlere uyma ve gerektiğinde danışmanına başvurma sorumluluğu hatırlatıldı.</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bl>
    <w:p w14:paraId="35E9EF19" w14:textId="77777777" w:rsidR="00C75762" w:rsidRPr="00B175E3" w:rsidRDefault="00C75762" w:rsidP="00C75762">
      <w:pPr>
        <w:rPr>
          <w:rFonts w:ascii="Times New Roman" w:hAnsi="Times New Roman" w:cs="Times New Roman"/>
          <w:color w:val="000000" w:themeColor="text1"/>
          <w:sz w:val="20"/>
          <w:szCs w:val="20"/>
        </w:rPr>
      </w:pPr>
    </w:p>
    <w:p w14:paraId="6A8651B2" w14:textId="77777777" w:rsidR="00C75762" w:rsidRPr="00B175E3" w:rsidRDefault="00C75762" w:rsidP="00C75762">
      <w:pPr>
        <w:spacing w:after="12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Katılımcı İmza Listesi</w:t>
      </w:r>
    </w:p>
    <w:tbl>
      <w:tblPr>
        <w:tblW w:w="0" w:type="auto"/>
        <w:jc w:val="center"/>
        <w:tblBorders>
          <w:top w:val="single" w:sz="8" w:space="0" w:color="9FBAD0"/>
          <w:left w:val="single" w:sz="8" w:space="0" w:color="9FBAD0"/>
          <w:bottom w:val="single" w:sz="8" w:space="0" w:color="9FBAD0"/>
          <w:right w:val="single" w:sz="8" w:space="0" w:color="9FBAD0"/>
          <w:insideH w:val="single" w:sz="8" w:space="0" w:color="9FBAD0"/>
          <w:insideV w:val="single" w:sz="8" w:space="0" w:color="9FBAD0"/>
        </w:tblBorders>
        <w:tblLayout w:type="fixed"/>
        <w:tblLook w:val="04A0" w:firstRow="1" w:lastRow="0" w:firstColumn="1" w:lastColumn="0" w:noHBand="0" w:noVBand="1"/>
      </w:tblPr>
      <w:tblGrid>
        <w:gridCol w:w="737"/>
        <w:gridCol w:w="3855"/>
        <w:gridCol w:w="1871"/>
        <w:gridCol w:w="1020"/>
        <w:gridCol w:w="2268"/>
      </w:tblGrid>
      <w:tr w:rsidR="00C75762" w:rsidRPr="00B175E3" w14:paraId="25E37C1B" w14:textId="77777777" w:rsidTr="009D1256">
        <w:trPr>
          <w:tblHeader/>
          <w:jc w:val="center"/>
        </w:trPr>
        <w:tc>
          <w:tcPr>
            <w:tcW w:w="737" w:type="dxa"/>
            <w:shd w:val="clear" w:color="auto" w:fill="D9EAF7"/>
            <w:tcMar>
              <w:top w:w="120" w:type="dxa"/>
              <w:left w:w="120" w:type="dxa"/>
              <w:bottom w:w="120" w:type="dxa"/>
              <w:right w:w="120" w:type="dxa"/>
            </w:tcMar>
            <w:vAlign w:val="center"/>
          </w:tcPr>
          <w:p w14:paraId="3DF8FBAC"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Sıra No</w:t>
            </w:r>
          </w:p>
        </w:tc>
        <w:tc>
          <w:tcPr>
            <w:tcW w:w="3855" w:type="dxa"/>
            <w:shd w:val="clear" w:color="auto" w:fill="D9EAF7"/>
            <w:tcMar>
              <w:top w:w="120" w:type="dxa"/>
              <w:left w:w="120" w:type="dxa"/>
              <w:bottom w:w="120" w:type="dxa"/>
              <w:right w:w="120" w:type="dxa"/>
            </w:tcMar>
            <w:vAlign w:val="center"/>
          </w:tcPr>
          <w:p w14:paraId="13DBBF71"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Öğrencinin Adı Soyadı</w:t>
            </w:r>
          </w:p>
        </w:tc>
        <w:tc>
          <w:tcPr>
            <w:tcW w:w="1871" w:type="dxa"/>
            <w:shd w:val="clear" w:color="auto" w:fill="D9EAF7"/>
            <w:tcMar>
              <w:top w:w="120" w:type="dxa"/>
              <w:left w:w="120" w:type="dxa"/>
              <w:bottom w:w="120" w:type="dxa"/>
              <w:right w:w="120" w:type="dxa"/>
            </w:tcMar>
            <w:vAlign w:val="center"/>
          </w:tcPr>
          <w:p w14:paraId="704C103D"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Öğrenci Numarası</w:t>
            </w:r>
          </w:p>
        </w:tc>
        <w:tc>
          <w:tcPr>
            <w:tcW w:w="1020" w:type="dxa"/>
            <w:shd w:val="clear" w:color="auto" w:fill="D9EAF7"/>
            <w:tcMar>
              <w:top w:w="120" w:type="dxa"/>
              <w:left w:w="120" w:type="dxa"/>
              <w:bottom w:w="120" w:type="dxa"/>
              <w:right w:w="120" w:type="dxa"/>
            </w:tcMar>
            <w:vAlign w:val="center"/>
          </w:tcPr>
          <w:p w14:paraId="3117EB3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Sınıfı</w:t>
            </w:r>
          </w:p>
        </w:tc>
        <w:tc>
          <w:tcPr>
            <w:tcW w:w="2268" w:type="dxa"/>
            <w:shd w:val="clear" w:color="auto" w:fill="D9EAF7"/>
            <w:tcMar>
              <w:top w:w="120" w:type="dxa"/>
              <w:left w:w="120" w:type="dxa"/>
              <w:bottom w:w="120" w:type="dxa"/>
              <w:right w:w="120" w:type="dxa"/>
            </w:tcMar>
            <w:vAlign w:val="center"/>
          </w:tcPr>
          <w:p w14:paraId="7DA7B54E"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İmza</w:t>
            </w:r>
          </w:p>
        </w:tc>
      </w:tr>
      <w:tr w:rsidR="00C75762" w:rsidRPr="00B175E3" w14:paraId="6A691480" w14:textId="77777777" w:rsidTr="009D1256">
        <w:trPr>
          <w:jc w:val="center"/>
        </w:trPr>
        <w:tc>
          <w:tcPr>
            <w:tcW w:w="737" w:type="dxa"/>
            <w:tcMar>
              <w:top w:w="120" w:type="dxa"/>
              <w:left w:w="120" w:type="dxa"/>
              <w:bottom w:w="120" w:type="dxa"/>
              <w:right w:w="120" w:type="dxa"/>
            </w:tcMar>
            <w:vAlign w:val="center"/>
          </w:tcPr>
          <w:p w14:paraId="231CDA9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w:t>
            </w:r>
          </w:p>
        </w:tc>
        <w:tc>
          <w:tcPr>
            <w:tcW w:w="3855" w:type="dxa"/>
            <w:tcMar>
              <w:top w:w="120" w:type="dxa"/>
              <w:left w:w="120" w:type="dxa"/>
              <w:bottom w:w="120" w:type="dxa"/>
              <w:right w:w="120" w:type="dxa"/>
            </w:tcMar>
            <w:vAlign w:val="center"/>
          </w:tcPr>
          <w:p w14:paraId="24F9E6D0"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22186FE3"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1E892565"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0E6C4393"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5857DCB3" w14:textId="77777777" w:rsidTr="009D1256">
        <w:trPr>
          <w:jc w:val="center"/>
        </w:trPr>
        <w:tc>
          <w:tcPr>
            <w:tcW w:w="737" w:type="dxa"/>
            <w:tcMar>
              <w:top w:w="120" w:type="dxa"/>
              <w:left w:w="120" w:type="dxa"/>
              <w:bottom w:w="120" w:type="dxa"/>
              <w:right w:w="120" w:type="dxa"/>
            </w:tcMar>
            <w:vAlign w:val="center"/>
          </w:tcPr>
          <w:p w14:paraId="5C4451E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w:t>
            </w:r>
          </w:p>
        </w:tc>
        <w:tc>
          <w:tcPr>
            <w:tcW w:w="3855" w:type="dxa"/>
            <w:tcMar>
              <w:top w:w="120" w:type="dxa"/>
              <w:left w:w="120" w:type="dxa"/>
              <w:bottom w:w="120" w:type="dxa"/>
              <w:right w:w="120" w:type="dxa"/>
            </w:tcMar>
            <w:vAlign w:val="center"/>
          </w:tcPr>
          <w:p w14:paraId="44062DB5"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3C14541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72EAE04D"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37ABE40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33DDA28F" w14:textId="77777777" w:rsidTr="009D1256">
        <w:trPr>
          <w:jc w:val="center"/>
        </w:trPr>
        <w:tc>
          <w:tcPr>
            <w:tcW w:w="737" w:type="dxa"/>
            <w:tcMar>
              <w:top w:w="120" w:type="dxa"/>
              <w:left w:w="120" w:type="dxa"/>
              <w:bottom w:w="120" w:type="dxa"/>
              <w:right w:w="120" w:type="dxa"/>
            </w:tcMar>
            <w:vAlign w:val="center"/>
          </w:tcPr>
          <w:p w14:paraId="3DBA980B"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w:t>
            </w:r>
          </w:p>
        </w:tc>
        <w:tc>
          <w:tcPr>
            <w:tcW w:w="3855" w:type="dxa"/>
            <w:tcMar>
              <w:top w:w="120" w:type="dxa"/>
              <w:left w:w="120" w:type="dxa"/>
              <w:bottom w:w="120" w:type="dxa"/>
              <w:right w:w="120" w:type="dxa"/>
            </w:tcMar>
            <w:vAlign w:val="center"/>
          </w:tcPr>
          <w:p w14:paraId="3A67AFBE"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36CDEC62"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14F235B5"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2B032CE2"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5C1446F2" w14:textId="77777777" w:rsidTr="009D1256">
        <w:trPr>
          <w:jc w:val="center"/>
        </w:trPr>
        <w:tc>
          <w:tcPr>
            <w:tcW w:w="737" w:type="dxa"/>
            <w:tcMar>
              <w:top w:w="120" w:type="dxa"/>
              <w:left w:w="120" w:type="dxa"/>
              <w:bottom w:w="120" w:type="dxa"/>
              <w:right w:w="120" w:type="dxa"/>
            </w:tcMar>
            <w:vAlign w:val="center"/>
          </w:tcPr>
          <w:p w14:paraId="58B2143A"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w:t>
            </w:r>
          </w:p>
        </w:tc>
        <w:tc>
          <w:tcPr>
            <w:tcW w:w="3855" w:type="dxa"/>
            <w:tcMar>
              <w:top w:w="120" w:type="dxa"/>
              <w:left w:w="120" w:type="dxa"/>
              <w:bottom w:w="120" w:type="dxa"/>
              <w:right w:w="120" w:type="dxa"/>
            </w:tcMar>
            <w:vAlign w:val="center"/>
          </w:tcPr>
          <w:p w14:paraId="42BECB7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2C90584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3896FFD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13E1E4D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396E34FE" w14:textId="77777777" w:rsidTr="009D1256">
        <w:trPr>
          <w:jc w:val="center"/>
        </w:trPr>
        <w:tc>
          <w:tcPr>
            <w:tcW w:w="737" w:type="dxa"/>
            <w:tcMar>
              <w:top w:w="120" w:type="dxa"/>
              <w:left w:w="120" w:type="dxa"/>
              <w:bottom w:w="120" w:type="dxa"/>
              <w:right w:w="120" w:type="dxa"/>
            </w:tcMar>
            <w:vAlign w:val="center"/>
          </w:tcPr>
          <w:p w14:paraId="10F29905"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5</w:t>
            </w:r>
          </w:p>
        </w:tc>
        <w:tc>
          <w:tcPr>
            <w:tcW w:w="3855" w:type="dxa"/>
            <w:tcMar>
              <w:top w:w="120" w:type="dxa"/>
              <w:left w:w="120" w:type="dxa"/>
              <w:bottom w:w="120" w:type="dxa"/>
              <w:right w:w="120" w:type="dxa"/>
            </w:tcMar>
            <w:vAlign w:val="center"/>
          </w:tcPr>
          <w:p w14:paraId="45E505E5"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7E1FFB0E"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2BEF3243"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1267F6A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5C9F6F53" w14:textId="77777777" w:rsidTr="009D1256">
        <w:trPr>
          <w:jc w:val="center"/>
        </w:trPr>
        <w:tc>
          <w:tcPr>
            <w:tcW w:w="737" w:type="dxa"/>
            <w:tcMar>
              <w:top w:w="120" w:type="dxa"/>
              <w:left w:w="120" w:type="dxa"/>
              <w:bottom w:w="120" w:type="dxa"/>
              <w:right w:w="120" w:type="dxa"/>
            </w:tcMar>
            <w:vAlign w:val="center"/>
          </w:tcPr>
          <w:p w14:paraId="53F3C35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6</w:t>
            </w:r>
          </w:p>
        </w:tc>
        <w:tc>
          <w:tcPr>
            <w:tcW w:w="3855" w:type="dxa"/>
            <w:tcMar>
              <w:top w:w="120" w:type="dxa"/>
              <w:left w:w="120" w:type="dxa"/>
              <w:bottom w:w="120" w:type="dxa"/>
              <w:right w:w="120" w:type="dxa"/>
            </w:tcMar>
            <w:vAlign w:val="center"/>
          </w:tcPr>
          <w:p w14:paraId="499912D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10743A6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55F0CCF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11F41A3E"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0CF0A0C0" w14:textId="77777777" w:rsidTr="009D1256">
        <w:trPr>
          <w:jc w:val="center"/>
        </w:trPr>
        <w:tc>
          <w:tcPr>
            <w:tcW w:w="737" w:type="dxa"/>
            <w:tcMar>
              <w:top w:w="120" w:type="dxa"/>
              <w:left w:w="120" w:type="dxa"/>
              <w:bottom w:w="120" w:type="dxa"/>
              <w:right w:w="120" w:type="dxa"/>
            </w:tcMar>
            <w:vAlign w:val="center"/>
          </w:tcPr>
          <w:p w14:paraId="6B7EA2D5"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7</w:t>
            </w:r>
          </w:p>
        </w:tc>
        <w:tc>
          <w:tcPr>
            <w:tcW w:w="3855" w:type="dxa"/>
            <w:tcMar>
              <w:top w:w="120" w:type="dxa"/>
              <w:left w:w="120" w:type="dxa"/>
              <w:bottom w:w="120" w:type="dxa"/>
              <w:right w:w="120" w:type="dxa"/>
            </w:tcMar>
            <w:vAlign w:val="center"/>
          </w:tcPr>
          <w:p w14:paraId="7439C3D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671B99C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28E72C7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47A12AB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4519AA9B" w14:textId="77777777" w:rsidTr="009D1256">
        <w:trPr>
          <w:jc w:val="center"/>
        </w:trPr>
        <w:tc>
          <w:tcPr>
            <w:tcW w:w="737" w:type="dxa"/>
            <w:tcMar>
              <w:top w:w="120" w:type="dxa"/>
              <w:left w:w="120" w:type="dxa"/>
              <w:bottom w:w="120" w:type="dxa"/>
              <w:right w:w="120" w:type="dxa"/>
            </w:tcMar>
            <w:vAlign w:val="center"/>
          </w:tcPr>
          <w:p w14:paraId="0653994E"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8</w:t>
            </w:r>
          </w:p>
        </w:tc>
        <w:tc>
          <w:tcPr>
            <w:tcW w:w="3855" w:type="dxa"/>
            <w:tcMar>
              <w:top w:w="120" w:type="dxa"/>
              <w:left w:w="120" w:type="dxa"/>
              <w:bottom w:w="120" w:type="dxa"/>
              <w:right w:w="120" w:type="dxa"/>
            </w:tcMar>
            <w:vAlign w:val="center"/>
          </w:tcPr>
          <w:p w14:paraId="502CF79D"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6824174D"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4B9ED9EF"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281B946C"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678D3833" w14:textId="77777777" w:rsidTr="009D1256">
        <w:trPr>
          <w:jc w:val="center"/>
        </w:trPr>
        <w:tc>
          <w:tcPr>
            <w:tcW w:w="737" w:type="dxa"/>
            <w:tcMar>
              <w:top w:w="120" w:type="dxa"/>
              <w:left w:w="120" w:type="dxa"/>
              <w:bottom w:w="120" w:type="dxa"/>
              <w:right w:w="120" w:type="dxa"/>
            </w:tcMar>
            <w:vAlign w:val="center"/>
          </w:tcPr>
          <w:p w14:paraId="04B2DF11"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9</w:t>
            </w:r>
          </w:p>
        </w:tc>
        <w:tc>
          <w:tcPr>
            <w:tcW w:w="3855" w:type="dxa"/>
            <w:tcMar>
              <w:top w:w="120" w:type="dxa"/>
              <w:left w:w="120" w:type="dxa"/>
              <w:bottom w:w="120" w:type="dxa"/>
              <w:right w:w="120" w:type="dxa"/>
            </w:tcMar>
            <w:vAlign w:val="center"/>
          </w:tcPr>
          <w:p w14:paraId="5D24521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556DF7B3"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76C4627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67028AA1"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716A45E7" w14:textId="77777777" w:rsidTr="009D1256">
        <w:trPr>
          <w:jc w:val="center"/>
        </w:trPr>
        <w:tc>
          <w:tcPr>
            <w:tcW w:w="737" w:type="dxa"/>
            <w:tcMar>
              <w:top w:w="120" w:type="dxa"/>
              <w:left w:w="120" w:type="dxa"/>
              <w:bottom w:w="120" w:type="dxa"/>
              <w:right w:w="120" w:type="dxa"/>
            </w:tcMar>
            <w:vAlign w:val="center"/>
          </w:tcPr>
          <w:p w14:paraId="2FB1E414"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lastRenderedPageBreak/>
              <w:t>10</w:t>
            </w:r>
          </w:p>
        </w:tc>
        <w:tc>
          <w:tcPr>
            <w:tcW w:w="3855" w:type="dxa"/>
            <w:tcMar>
              <w:top w:w="120" w:type="dxa"/>
              <w:left w:w="120" w:type="dxa"/>
              <w:bottom w:w="120" w:type="dxa"/>
              <w:right w:w="120" w:type="dxa"/>
            </w:tcMar>
            <w:vAlign w:val="center"/>
          </w:tcPr>
          <w:p w14:paraId="5687AE27"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2E30F4AC"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2727308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257E17F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5D70C9FF" w14:textId="77777777" w:rsidTr="009D1256">
        <w:trPr>
          <w:jc w:val="center"/>
        </w:trPr>
        <w:tc>
          <w:tcPr>
            <w:tcW w:w="737" w:type="dxa"/>
            <w:tcMar>
              <w:top w:w="120" w:type="dxa"/>
              <w:left w:w="120" w:type="dxa"/>
              <w:bottom w:w="120" w:type="dxa"/>
              <w:right w:w="120" w:type="dxa"/>
            </w:tcMar>
            <w:vAlign w:val="center"/>
          </w:tcPr>
          <w:p w14:paraId="1508B3B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11</w:t>
            </w:r>
          </w:p>
        </w:tc>
        <w:tc>
          <w:tcPr>
            <w:tcW w:w="3855" w:type="dxa"/>
            <w:tcMar>
              <w:top w:w="120" w:type="dxa"/>
              <w:left w:w="120" w:type="dxa"/>
              <w:bottom w:w="120" w:type="dxa"/>
              <w:right w:w="120" w:type="dxa"/>
            </w:tcMar>
            <w:vAlign w:val="center"/>
          </w:tcPr>
          <w:p w14:paraId="09E2620C"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4CD82A8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1BE4FB9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3A94118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62260021" w14:textId="77777777" w:rsidTr="009D1256">
        <w:trPr>
          <w:jc w:val="center"/>
        </w:trPr>
        <w:tc>
          <w:tcPr>
            <w:tcW w:w="737" w:type="dxa"/>
            <w:tcMar>
              <w:top w:w="120" w:type="dxa"/>
              <w:left w:w="120" w:type="dxa"/>
              <w:bottom w:w="120" w:type="dxa"/>
              <w:right w:w="120" w:type="dxa"/>
            </w:tcMar>
            <w:vAlign w:val="center"/>
          </w:tcPr>
          <w:p w14:paraId="4B021BB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12</w:t>
            </w:r>
          </w:p>
        </w:tc>
        <w:tc>
          <w:tcPr>
            <w:tcW w:w="3855" w:type="dxa"/>
            <w:tcMar>
              <w:top w:w="120" w:type="dxa"/>
              <w:left w:w="120" w:type="dxa"/>
              <w:bottom w:w="120" w:type="dxa"/>
              <w:right w:w="120" w:type="dxa"/>
            </w:tcMar>
            <w:vAlign w:val="center"/>
          </w:tcPr>
          <w:p w14:paraId="2AED5042"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6D2CD09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6B4AF7CF"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3611C100"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49D6E665" w14:textId="77777777" w:rsidTr="009D1256">
        <w:trPr>
          <w:jc w:val="center"/>
        </w:trPr>
        <w:tc>
          <w:tcPr>
            <w:tcW w:w="737" w:type="dxa"/>
            <w:tcMar>
              <w:top w:w="120" w:type="dxa"/>
              <w:left w:w="120" w:type="dxa"/>
              <w:bottom w:w="120" w:type="dxa"/>
              <w:right w:w="120" w:type="dxa"/>
            </w:tcMar>
            <w:vAlign w:val="center"/>
          </w:tcPr>
          <w:p w14:paraId="66DFD7BD"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13</w:t>
            </w:r>
          </w:p>
        </w:tc>
        <w:tc>
          <w:tcPr>
            <w:tcW w:w="3855" w:type="dxa"/>
            <w:tcMar>
              <w:top w:w="120" w:type="dxa"/>
              <w:left w:w="120" w:type="dxa"/>
              <w:bottom w:w="120" w:type="dxa"/>
              <w:right w:w="120" w:type="dxa"/>
            </w:tcMar>
            <w:vAlign w:val="center"/>
          </w:tcPr>
          <w:p w14:paraId="34646120"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09EEDEF2"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2BEBA6F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0A71C673"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5C3C0670" w14:textId="77777777" w:rsidTr="009D1256">
        <w:trPr>
          <w:jc w:val="center"/>
        </w:trPr>
        <w:tc>
          <w:tcPr>
            <w:tcW w:w="737" w:type="dxa"/>
            <w:tcMar>
              <w:top w:w="120" w:type="dxa"/>
              <w:left w:w="120" w:type="dxa"/>
              <w:bottom w:w="120" w:type="dxa"/>
              <w:right w:w="120" w:type="dxa"/>
            </w:tcMar>
            <w:vAlign w:val="center"/>
          </w:tcPr>
          <w:p w14:paraId="5451888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14</w:t>
            </w:r>
          </w:p>
        </w:tc>
        <w:tc>
          <w:tcPr>
            <w:tcW w:w="3855" w:type="dxa"/>
            <w:tcMar>
              <w:top w:w="120" w:type="dxa"/>
              <w:left w:w="120" w:type="dxa"/>
              <w:bottom w:w="120" w:type="dxa"/>
              <w:right w:w="120" w:type="dxa"/>
            </w:tcMar>
            <w:vAlign w:val="center"/>
          </w:tcPr>
          <w:p w14:paraId="56EEB892"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1F2B8E9C"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650ABAC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67AC68C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5B151D70" w14:textId="77777777" w:rsidTr="009D1256">
        <w:trPr>
          <w:jc w:val="center"/>
        </w:trPr>
        <w:tc>
          <w:tcPr>
            <w:tcW w:w="737" w:type="dxa"/>
            <w:tcMar>
              <w:top w:w="120" w:type="dxa"/>
              <w:left w:w="120" w:type="dxa"/>
              <w:bottom w:w="120" w:type="dxa"/>
              <w:right w:w="120" w:type="dxa"/>
            </w:tcMar>
            <w:vAlign w:val="center"/>
          </w:tcPr>
          <w:p w14:paraId="05CFCB5C"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15</w:t>
            </w:r>
          </w:p>
        </w:tc>
        <w:tc>
          <w:tcPr>
            <w:tcW w:w="3855" w:type="dxa"/>
            <w:tcMar>
              <w:top w:w="120" w:type="dxa"/>
              <w:left w:w="120" w:type="dxa"/>
              <w:bottom w:w="120" w:type="dxa"/>
              <w:right w:w="120" w:type="dxa"/>
            </w:tcMar>
            <w:vAlign w:val="center"/>
          </w:tcPr>
          <w:p w14:paraId="0FB945A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51B1676A"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1DD92840"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2EE9D17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061B60FA" w14:textId="77777777" w:rsidTr="009D1256">
        <w:trPr>
          <w:jc w:val="center"/>
        </w:trPr>
        <w:tc>
          <w:tcPr>
            <w:tcW w:w="737" w:type="dxa"/>
            <w:tcMar>
              <w:top w:w="120" w:type="dxa"/>
              <w:left w:w="120" w:type="dxa"/>
              <w:bottom w:w="120" w:type="dxa"/>
              <w:right w:w="120" w:type="dxa"/>
            </w:tcMar>
            <w:vAlign w:val="center"/>
          </w:tcPr>
          <w:p w14:paraId="54174AC5"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16</w:t>
            </w:r>
          </w:p>
        </w:tc>
        <w:tc>
          <w:tcPr>
            <w:tcW w:w="3855" w:type="dxa"/>
            <w:tcMar>
              <w:top w:w="120" w:type="dxa"/>
              <w:left w:w="120" w:type="dxa"/>
              <w:bottom w:w="120" w:type="dxa"/>
              <w:right w:w="120" w:type="dxa"/>
            </w:tcMar>
            <w:vAlign w:val="center"/>
          </w:tcPr>
          <w:p w14:paraId="1C9C55CA"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3493E147"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283631C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4220F9C9"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3F1E6850" w14:textId="77777777" w:rsidTr="009D1256">
        <w:trPr>
          <w:jc w:val="center"/>
        </w:trPr>
        <w:tc>
          <w:tcPr>
            <w:tcW w:w="737" w:type="dxa"/>
            <w:tcMar>
              <w:top w:w="120" w:type="dxa"/>
              <w:left w:w="120" w:type="dxa"/>
              <w:bottom w:w="120" w:type="dxa"/>
              <w:right w:w="120" w:type="dxa"/>
            </w:tcMar>
            <w:vAlign w:val="center"/>
          </w:tcPr>
          <w:p w14:paraId="6363F8D6"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17</w:t>
            </w:r>
          </w:p>
        </w:tc>
        <w:tc>
          <w:tcPr>
            <w:tcW w:w="3855" w:type="dxa"/>
            <w:tcMar>
              <w:top w:w="120" w:type="dxa"/>
              <w:left w:w="120" w:type="dxa"/>
              <w:bottom w:w="120" w:type="dxa"/>
              <w:right w:w="120" w:type="dxa"/>
            </w:tcMar>
            <w:vAlign w:val="center"/>
          </w:tcPr>
          <w:p w14:paraId="0D4E156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07985E0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7B5BCFD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0C4145C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6A6A5197" w14:textId="77777777" w:rsidTr="009D1256">
        <w:trPr>
          <w:jc w:val="center"/>
        </w:trPr>
        <w:tc>
          <w:tcPr>
            <w:tcW w:w="737" w:type="dxa"/>
            <w:tcMar>
              <w:top w:w="120" w:type="dxa"/>
              <w:left w:w="120" w:type="dxa"/>
              <w:bottom w:w="120" w:type="dxa"/>
              <w:right w:w="120" w:type="dxa"/>
            </w:tcMar>
            <w:vAlign w:val="center"/>
          </w:tcPr>
          <w:p w14:paraId="0C94A56C"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18</w:t>
            </w:r>
          </w:p>
        </w:tc>
        <w:tc>
          <w:tcPr>
            <w:tcW w:w="3855" w:type="dxa"/>
            <w:tcMar>
              <w:top w:w="120" w:type="dxa"/>
              <w:left w:w="120" w:type="dxa"/>
              <w:bottom w:w="120" w:type="dxa"/>
              <w:right w:w="120" w:type="dxa"/>
            </w:tcMar>
            <w:vAlign w:val="center"/>
          </w:tcPr>
          <w:p w14:paraId="3D9AEA57"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7B1CD7B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1C8D0FC1"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6AA22B77"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6FCC8F56" w14:textId="77777777" w:rsidTr="009D1256">
        <w:trPr>
          <w:jc w:val="center"/>
        </w:trPr>
        <w:tc>
          <w:tcPr>
            <w:tcW w:w="737" w:type="dxa"/>
            <w:tcMar>
              <w:top w:w="120" w:type="dxa"/>
              <w:left w:w="120" w:type="dxa"/>
              <w:bottom w:w="120" w:type="dxa"/>
              <w:right w:w="120" w:type="dxa"/>
            </w:tcMar>
            <w:vAlign w:val="center"/>
          </w:tcPr>
          <w:p w14:paraId="0BC8F423"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19</w:t>
            </w:r>
          </w:p>
        </w:tc>
        <w:tc>
          <w:tcPr>
            <w:tcW w:w="3855" w:type="dxa"/>
            <w:tcMar>
              <w:top w:w="120" w:type="dxa"/>
              <w:left w:w="120" w:type="dxa"/>
              <w:bottom w:w="120" w:type="dxa"/>
              <w:right w:w="120" w:type="dxa"/>
            </w:tcMar>
            <w:vAlign w:val="center"/>
          </w:tcPr>
          <w:p w14:paraId="374A93DE"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43178B7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794ED3BC"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601DBC45"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46C060E6" w14:textId="77777777" w:rsidTr="009D1256">
        <w:trPr>
          <w:jc w:val="center"/>
        </w:trPr>
        <w:tc>
          <w:tcPr>
            <w:tcW w:w="737" w:type="dxa"/>
            <w:tcMar>
              <w:top w:w="120" w:type="dxa"/>
              <w:left w:w="120" w:type="dxa"/>
              <w:bottom w:w="120" w:type="dxa"/>
              <w:right w:w="120" w:type="dxa"/>
            </w:tcMar>
            <w:vAlign w:val="center"/>
          </w:tcPr>
          <w:p w14:paraId="15A3C224"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20</w:t>
            </w:r>
          </w:p>
        </w:tc>
        <w:tc>
          <w:tcPr>
            <w:tcW w:w="3855" w:type="dxa"/>
            <w:tcMar>
              <w:top w:w="120" w:type="dxa"/>
              <w:left w:w="120" w:type="dxa"/>
              <w:bottom w:w="120" w:type="dxa"/>
              <w:right w:w="120" w:type="dxa"/>
            </w:tcMar>
            <w:vAlign w:val="center"/>
          </w:tcPr>
          <w:p w14:paraId="465BA822"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454DFE03"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5C1694E0"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695A42C5"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446352FF" w14:textId="77777777" w:rsidTr="009D1256">
        <w:trPr>
          <w:jc w:val="center"/>
        </w:trPr>
        <w:tc>
          <w:tcPr>
            <w:tcW w:w="737" w:type="dxa"/>
            <w:tcMar>
              <w:top w:w="120" w:type="dxa"/>
              <w:left w:w="120" w:type="dxa"/>
              <w:bottom w:w="120" w:type="dxa"/>
              <w:right w:w="120" w:type="dxa"/>
            </w:tcMar>
            <w:vAlign w:val="center"/>
          </w:tcPr>
          <w:p w14:paraId="5D522F85"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21</w:t>
            </w:r>
          </w:p>
        </w:tc>
        <w:tc>
          <w:tcPr>
            <w:tcW w:w="3855" w:type="dxa"/>
            <w:tcMar>
              <w:top w:w="120" w:type="dxa"/>
              <w:left w:w="120" w:type="dxa"/>
              <w:bottom w:w="120" w:type="dxa"/>
              <w:right w:w="120" w:type="dxa"/>
            </w:tcMar>
            <w:vAlign w:val="center"/>
          </w:tcPr>
          <w:p w14:paraId="34F5E499"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584F8EE8"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7F2A4580"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13B93CEF"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6DB07553" w14:textId="77777777" w:rsidTr="009D1256">
        <w:trPr>
          <w:jc w:val="center"/>
        </w:trPr>
        <w:tc>
          <w:tcPr>
            <w:tcW w:w="737" w:type="dxa"/>
            <w:tcMar>
              <w:top w:w="120" w:type="dxa"/>
              <w:left w:w="120" w:type="dxa"/>
              <w:bottom w:w="120" w:type="dxa"/>
              <w:right w:w="120" w:type="dxa"/>
            </w:tcMar>
            <w:vAlign w:val="center"/>
          </w:tcPr>
          <w:p w14:paraId="3173E6FD"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22</w:t>
            </w:r>
          </w:p>
        </w:tc>
        <w:tc>
          <w:tcPr>
            <w:tcW w:w="3855" w:type="dxa"/>
            <w:tcMar>
              <w:top w:w="120" w:type="dxa"/>
              <w:left w:w="120" w:type="dxa"/>
              <w:bottom w:w="120" w:type="dxa"/>
              <w:right w:w="120" w:type="dxa"/>
            </w:tcMar>
            <w:vAlign w:val="center"/>
          </w:tcPr>
          <w:p w14:paraId="46715665"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050C3C68"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417621D8"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6BFD40EB"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692DBB3E" w14:textId="77777777" w:rsidTr="009D1256">
        <w:trPr>
          <w:jc w:val="center"/>
        </w:trPr>
        <w:tc>
          <w:tcPr>
            <w:tcW w:w="737" w:type="dxa"/>
            <w:tcMar>
              <w:top w:w="120" w:type="dxa"/>
              <w:left w:w="120" w:type="dxa"/>
              <w:bottom w:w="120" w:type="dxa"/>
              <w:right w:w="120" w:type="dxa"/>
            </w:tcMar>
            <w:vAlign w:val="center"/>
          </w:tcPr>
          <w:p w14:paraId="2591D808"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23</w:t>
            </w:r>
          </w:p>
        </w:tc>
        <w:tc>
          <w:tcPr>
            <w:tcW w:w="3855" w:type="dxa"/>
            <w:tcMar>
              <w:top w:w="120" w:type="dxa"/>
              <w:left w:w="120" w:type="dxa"/>
              <w:bottom w:w="120" w:type="dxa"/>
              <w:right w:w="120" w:type="dxa"/>
            </w:tcMar>
            <w:vAlign w:val="center"/>
          </w:tcPr>
          <w:p w14:paraId="67196D84"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558B4D26"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5C1B8FBB"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2865EC7A"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41564246" w14:textId="77777777" w:rsidTr="009D1256">
        <w:trPr>
          <w:jc w:val="center"/>
        </w:trPr>
        <w:tc>
          <w:tcPr>
            <w:tcW w:w="737" w:type="dxa"/>
            <w:tcMar>
              <w:top w:w="120" w:type="dxa"/>
              <w:left w:w="120" w:type="dxa"/>
              <w:bottom w:w="120" w:type="dxa"/>
              <w:right w:w="120" w:type="dxa"/>
            </w:tcMar>
            <w:vAlign w:val="center"/>
          </w:tcPr>
          <w:p w14:paraId="1A7518D6"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24</w:t>
            </w:r>
          </w:p>
        </w:tc>
        <w:tc>
          <w:tcPr>
            <w:tcW w:w="3855" w:type="dxa"/>
            <w:tcMar>
              <w:top w:w="120" w:type="dxa"/>
              <w:left w:w="120" w:type="dxa"/>
              <w:bottom w:w="120" w:type="dxa"/>
              <w:right w:w="120" w:type="dxa"/>
            </w:tcMar>
            <w:vAlign w:val="center"/>
          </w:tcPr>
          <w:p w14:paraId="19467F05"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0839BE9"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14012339"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0AB0F290"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317926F4" w14:textId="77777777" w:rsidTr="009D1256">
        <w:trPr>
          <w:jc w:val="center"/>
        </w:trPr>
        <w:tc>
          <w:tcPr>
            <w:tcW w:w="737" w:type="dxa"/>
            <w:tcMar>
              <w:top w:w="120" w:type="dxa"/>
              <w:left w:w="120" w:type="dxa"/>
              <w:bottom w:w="120" w:type="dxa"/>
              <w:right w:w="120" w:type="dxa"/>
            </w:tcMar>
            <w:vAlign w:val="center"/>
          </w:tcPr>
          <w:p w14:paraId="2539479B"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25</w:t>
            </w:r>
          </w:p>
        </w:tc>
        <w:tc>
          <w:tcPr>
            <w:tcW w:w="3855" w:type="dxa"/>
            <w:tcMar>
              <w:top w:w="120" w:type="dxa"/>
              <w:left w:w="120" w:type="dxa"/>
              <w:bottom w:w="120" w:type="dxa"/>
              <w:right w:w="120" w:type="dxa"/>
            </w:tcMar>
            <w:vAlign w:val="center"/>
          </w:tcPr>
          <w:p w14:paraId="217CC66C"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AD4F127"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66344FCA"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7FE5E46D"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77BAB40F" w14:textId="77777777" w:rsidTr="009D1256">
        <w:trPr>
          <w:jc w:val="center"/>
        </w:trPr>
        <w:tc>
          <w:tcPr>
            <w:tcW w:w="737" w:type="dxa"/>
            <w:tcMar>
              <w:top w:w="120" w:type="dxa"/>
              <w:left w:w="120" w:type="dxa"/>
              <w:bottom w:w="120" w:type="dxa"/>
              <w:right w:w="120" w:type="dxa"/>
            </w:tcMar>
            <w:vAlign w:val="center"/>
          </w:tcPr>
          <w:p w14:paraId="0FD83423"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lastRenderedPageBreak/>
              <w:t>26</w:t>
            </w:r>
          </w:p>
        </w:tc>
        <w:tc>
          <w:tcPr>
            <w:tcW w:w="3855" w:type="dxa"/>
            <w:tcMar>
              <w:top w:w="120" w:type="dxa"/>
              <w:left w:w="120" w:type="dxa"/>
              <w:bottom w:w="120" w:type="dxa"/>
              <w:right w:w="120" w:type="dxa"/>
            </w:tcMar>
            <w:vAlign w:val="center"/>
          </w:tcPr>
          <w:p w14:paraId="7454DFDA"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771CB6C9"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239D4252"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6305FCA8"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79C4EBD0" w14:textId="77777777" w:rsidTr="009D1256">
        <w:trPr>
          <w:jc w:val="center"/>
        </w:trPr>
        <w:tc>
          <w:tcPr>
            <w:tcW w:w="737" w:type="dxa"/>
            <w:tcMar>
              <w:top w:w="120" w:type="dxa"/>
              <w:left w:w="120" w:type="dxa"/>
              <w:bottom w:w="120" w:type="dxa"/>
              <w:right w:w="120" w:type="dxa"/>
            </w:tcMar>
            <w:vAlign w:val="center"/>
          </w:tcPr>
          <w:p w14:paraId="509AAD64"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27</w:t>
            </w:r>
          </w:p>
        </w:tc>
        <w:tc>
          <w:tcPr>
            <w:tcW w:w="3855" w:type="dxa"/>
            <w:tcMar>
              <w:top w:w="120" w:type="dxa"/>
              <w:left w:w="120" w:type="dxa"/>
              <w:bottom w:w="120" w:type="dxa"/>
              <w:right w:w="120" w:type="dxa"/>
            </w:tcMar>
            <w:vAlign w:val="center"/>
          </w:tcPr>
          <w:p w14:paraId="58FABE9A"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266EFBA7"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0AB90A1E"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77C5C935"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689BAE03" w14:textId="77777777" w:rsidTr="009D1256">
        <w:trPr>
          <w:jc w:val="center"/>
        </w:trPr>
        <w:tc>
          <w:tcPr>
            <w:tcW w:w="737" w:type="dxa"/>
            <w:tcMar>
              <w:top w:w="120" w:type="dxa"/>
              <w:left w:w="120" w:type="dxa"/>
              <w:bottom w:w="120" w:type="dxa"/>
              <w:right w:w="120" w:type="dxa"/>
            </w:tcMar>
            <w:vAlign w:val="center"/>
          </w:tcPr>
          <w:p w14:paraId="12978A9E"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28</w:t>
            </w:r>
          </w:p>
        </w:tc>
        <w:tc>
          <w:tcPr>
            <w:tcW w:w="3855" w:type="dxa"/>
            <w:tcMar>
              <w:top w:w="120" w:type="dxa"/>
              <w:left w:w="120" w:type="dxa"/>
              <w:bottom w:w="120" w:type="dxa"/>
              <w:right w:w="120" w:type="dxa"/>
            </w:tcMar>
            <w:vAlign w:val="center"/>
          </w:tcPr>
          <w:p w14:paraId="5AAD9335"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FF540DA"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0EC5DAEB"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576C162D"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77C2640C" w14:textId="77777777" w:rsidTr="009D1256">
        <w:trPr>
          <w:jc w:val="center"/>
        </w:trPr>
        <w:tc>
          <w:tcPr>
            <w:tcW w:w="737" w:type="dxa"/>
            <w:tcMar>
              <w:top w:w="120" w:type="dxa"/>
              <w:left w:w="120" w:type="dxa"/>
              <w:bottom w:w="120" w:type="dxa"/>
              <w:right w:w="120" w:type="dxa"/>
            </w:tcMar>
            <w:vAlign w:val="center"/>
          </w:tcPr>
          <w:p w14:paraId="376F97FC"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29</w:t>
            </w:r>
          </w:p>
        </w:tc>
        <w:tc>
          <w:tcPr>
            <w:tcW w:w="3855" w:type="dxa"/>
            <w:tcMar>
              <w:top w:w="120" w:type="dxa"/>
              <w:left w:w="120" w:type="dxa"/>
              <w:bottom w:w="120" w:type="dxa"/>
              <w:right w:w="120" w:type="dxa"/>
            </w:tcMar>
            <w:vAlign w:val="center"/>
          </w:tcPr>
          <w:p w14:paraId="4F2671CB"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10E84B05"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3A92C33A"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2B585BB1"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2E65CAA9" w14:textId="77777777" w:rsidTr="009D1256">
        <w:trPr>
          <w:jc w:val="center"/>
        </w:trPr>
        <w:tc>
          <w:tcPr>
            <w:tcW w:w="737" w:type="dxa"/>
            <w:tcMar>
              <w:top w:w="120" w:type="dxa"/>
              <w:left w:w="120" w:type="dxa"/>
              <w:bottom w:w="120" w:type="dxa"/>
              <w:right w:w="120" w:type="dxa"/>
            </w:tcMar>
            <w:vAlign w:val="center"/>
          </w:tcPr>
          <w:p w14:paraId="77851CE3"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30</w:t>
            </w:r>
          </w:p>
        </w:tc>
        <w:tc>
          <w:tcPr>
            <w:tcW w:w="3855" w:type="dxa"/>
            <w:tcMar>
              <w:top w:w="120" w:type="dxa"/>
              <w:left w:w="120" w:type="dxa"/>
              <w:bottom w:w="120" w:type="dxa"/>
              <w:right w:w="120" w:type="dxa"/>
            </w:tcMar>
            <w:vAlign w:val="center"/>
          </w:tcPr>
          <w:p w14:paraId="48B22C79"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7660E91B"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7EDBB820"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4E33A5A0"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648001C" w14:textId="77777777" w:rsidTr="009D1256">
        <w:trPr>
          <w:jc w:val="center"/>
        </w:trPr>
        <w:tc>
          <w:tcPr>
            <w:tcW w:w="737" w:type="dxa"/>
            <w:tcMar>
              <w:top w:w="120" w:type="dxa"/>
              <w:left w:w="120" w:type="dxa"/>
              <w:bottom w:w="120" w:type="dxa"/>
              <w:right w:w="120" w:type="dxa"/>
            </w:tcMar>
            <w:vAlign w:val="center"/>
          </w:tcPr>
          <w:p w14:paraId="121C7F94"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31</w:t>
            </w:r>
          </w:p>
        </w:tc>
        <w:tc>
          <w:tcPr>
            <w:tcW w:w="3855" w:type="dxa"/>
            <w:tcMar>
              <w:top w:w="120" w:type="dxa"/>
              <w:left w:w="120" w:type="dxa"/>
              <w:bottom w:w="120" w:type="dxa"/>
              <w:right w:w="120" w:type="dxa"/>
            </w:tcMar>
            <w:vAlign w:val="center"/>
          </w:tcPr>
          <w:p w14:paraId="6A56FD7F"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2647DBD6"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2DC96D65"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23768E90"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221D97B7" w14:textId="77777777" w:rsidTr="009D1256">
        <w:trPr>
          <w:jc w:val="center"/>
        </w:trPr>
        <w:tc>
          <w:tcPr>
            <w:tcW w:w="737" w:type="dxa"/>
            <w:tcMar>
              <w:top w:w="120" w:type="dxa"/>
              <w:left w:w="120" w:type="dxa"/>
              <w:bottom w:w="120" w:type="dxa"/>
              <w:right w:w="120" w:type="dxa"/>
            </w:tcMar>
            <w:vAlign w:val="center"/>
          </w:tcPr>
          <w:p w14:paraId="6338E4D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32</w:t>
            </w:r>
          </w:p>
        </w:tc>
        <w:tc>
          <w:tcPr>
            <w:tcW w:w="3855" w:type="dxa"/>
            <w:tcMar>
              <w:top w:w="120" w:type="dxa"/>
              <w:left w:w="120" w:type="dxa"/>
              <w:bottom w:w="120" w:type="dxa"/>
              <w:right w:w="120" w:type="dxa"/>
            </w:tcMar>
            <w:vAlign w:val="center"/>
          </w:tcPr>
          <w:p w14:paraId="18AF4467"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16DFDD6A"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253DF59D"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55045429"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554BB800" w14:textId="77777777" w:rsidTr="009D1256">
        <w:trPr>
          <w:jc w:val="center"/>
        </w:trPr>
        <w:tc>
          <w:tcPr>
            <w:tcW w:w="737" w:type="dxa"/>
            <w:tcMar>
              <w:top w:w="120" w:type="dxa"/>
              <w:left w:w="120" w:type="dxa"/>
              <w:bottom w:w="120" w:type="dxa"/>
              <w:right w:w="120" w:type="dxa"/>
            </w:tcMar>
            <w:vAlign w:val="center"/>
          </w:tcPr>
          <w:p w14:paraId="645213C1"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33</w:t>
            </w:r>
          </w:p>
        </w:tc>
        <w:tc>
          <w:tcPr>
            <w:tcW w:w="3855" w:type="dxa"/>
            <w:tcMar>
              <w:top w:w="120" w:type="dxa"/>
              <w:left w:w="120" w:type="dxa"/>
              <w:bottom w:w="120" w:type="dxa"/>
              <w:right w:w="120" w:type="dxa"/>
            </w:tcMar>
            <w:vAlign w:val="center"/>
          </w:tcPr>
          <w:p w14:paraId="3BCCCFDF"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3B4F620C"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6F713D80"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66513ADA"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DB5D463" w14:textId="77777777" w:rsidTr="009D1256">
        <w:trPr>
          <w:jc w:val="center"/>
        </w:trPr>
        <w:tc>
          <w:tcPr>
            <w:tcW w:w="737" w:type="dxa"/>
            <w:tcMar>
              <w:top w:w="120" w:type="dxa"/>
              <w:left w:w="120" w:type="dxa"/>
              <w:bottom w:w="120" w:type="dxa"/>
              <w:right w:w="120" w:type="dxa"/>
            </w:tcMar>
            <w:vAlign w:val="center"/>
          </w:tcPr>
          <w:p w14:paraId="54DECD0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34</w:t>
            </w:r>
          </w:p>
        </w:tc>
        <w:tc>
          <w:tcPr>
            <w:tcW w:w="3855" w:type="dxa"/>
            <w:tcMar>
              <w:top w:w="120" w:type="dxa"/>
              <w:left w:w="120" w:type="dxa"/>
              <w:bottom w:w="120" w:type="dxa"/>
              <w:right w:w="120" w:type="dxa"/>
            </w:tcMar>
            <w:vAlign w:val="center"/>
          </w:tcPr>
          <w:p w14:paraId="026CC7D6"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223B0FFF"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4EE16668"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38227A2D"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633779FC" w14:textId="77777777" w:rsidTr="009D1256">
        <w:trPr>
          <w:jc w:val="center"/>
        </w:trPr>
        <w:tc>
          <w:tcPr>
            <w:tcW w:w="737" w:type="dxa"/>
            <w:tcMar>
              <w:top w:w="120" w:type="dxa"/>
              <w:left w:w="120" w:type="dxa"/>
              <w:bottom w:w="120" w:type="dxa"/>
              <w:right w:w="120" w:type="dxa"/>
            </w:tcMar>
            <w:vAlign w:val="center"/>
          </w:tcPr>
          <w:p w14:paraId="63A18ABE"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35</w:t>
            </w:r>
          </w:p>
        </w:tc>
        <w:tc>
          <w:tcPr>
            <w:tcW w:w="3855" w:type="dxa"/>
            <w:tcMar>
              <w:top w:w="120" w:type="dxa"/>
              <w:left w:w="120" w:type="dxa"/>
              <w:bottom w:w="120" w:type="dxa"/>
              <w:right w:w="120" w:type="dxa"/>
            </w:tcMar>
            <w:vAlign w:val="center"/>
          </w:tcPr>
          <w:p w14:paraId="47547E61"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0F812389"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683CFF81"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0722F5AC"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9E62844" w14:textId="77777777" w:rsidTr="009D1256">
        <w:trPr>
          <w:jc w:val="center"/>
        </w:trPr>
        <w:tc>
          <w:tcPr>
            <w:tcW w:w="737" w:type="dxa"/>
            <w:tcMar>
              <w:top w:w="120" w:type="dxa"/>
              <w:left w:w="120" w:type="dxa"/>
              <w:bottom w:w="120" w:type="dxa"/>
              <w:right w:w="120" w:type="dxa"/>
            </w:tcMar>
            <w:vAlign w:val="center"/>
          </w:tcPr>
          <w:p w14:paraId="624FA2B8"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36</w:t>
            </w:r>
          </w:p>
        </w:tc>
        <w:tc>
          <w:tcPr>
            <w:tcW w:w="3855" w:type="dxa"/>
            <w:tcMar>
              <w:top w:w="120" w:type="dxa"/>
              <w:left w:w="120" w:type="dxa"/>
              <w:bottom w:w="120" w:type="dxa"/>
              <w:right w:w="120" w:type="dxa"/>
            </w:tcMar>
            <w:vAlign w:val="center"/>
          </w:tcPr>
          <w:p w14:paraId="24225572"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5434BFC5"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06ADBBBE"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52080CF6"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617C4DB6" w14:textId="77777777" w:rsidTr="009D1256">
        <w:trPr>
          <w:jc w:val="center"/>
        </w:trPr>
        <w:tc>
          <w:tcPr>
            <w:tcW w:w="737" w:type="dxa"/>
            <w:tcMar>
              <w:top w:w="120" w:type="dxa"/>
              <w:left w:w="120" w:type="dxa"/>
              <w:bottom w:w="120" w:type="dxa"/>
              <w:right w:w="120" w:type="dxa"/>
            </w:tcMar>
            <w:vAlign w:val="center"/>
          </w:tcPr>
          <w:p w14:paraId="2DA36596"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37</w:t>
            </w:r>
          </w:p>
        </w:tc>
        <w:tc>
          <w:tcPr>
            <w:tcW w:w="3855" w:type="dxa"/>
            <w:tcMar>
              <w:top w:w="120" w:type="dxa"/>
              <w:left w:w="120" w:type="dxa"/>
              <w:bottom w:w="120" w:type="dxa"/>
              <w:right w:w="120" w:type="dxa"/>
            </w:tcMar>
            <w:vAlign w:val="center"/>
          </w:tcPr>
          <w:p w14:paraId="707CFDC3"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06200C9E"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1690B6BC"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48BEF9A7"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3DD94215" w14:textId="77777777" w:rsidTr="009D1256">
        <w:trPr>
          <w:trHeight w:val="282"/>
          <w:jc w:val="center"/>
        </w:trPr>
        <w:tc>
          <w:tcPr>
            <w:tcW w:w="737" w:type="dxa"/>
            <w:tcMar>
              <w:top w:w="120" w:type="dxa"/>
              <w:left w:w="120" w:type="dxa"/>
              <w:bottom w:w="120" w:type="dxa"/>
              <w:right w:w="120" w:type="dxa"/>
            </w:tcMar>
            <w:vAlign w:val="center"/>
          </w:tcPr>
          <w:p w14:paraId="78BE3B58"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38</w:t>
            </w:r>
          </w:p>
        </w:tc>
        <w:tc>
          <w:tcPr>
            <w:tcW w:w="3855" w:type="dxa"/>
            <w:tcMar>
              <w:top w:w="120" w:type="dxa"/>
              <w:left w:w="120" w:type="dxa"/>
              <w:bottom w:w="120" w:type="dxa"/>
              <w:right w:w="120" w:type="dxa"/>
            </w:tcMar>
            <w:vAlign w:val="center"/>
          </w:tcPr>
          <w:p w14:paraId="34F7A551"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1B8DE221"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2D28CD54"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1159D1FB"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4CE08E1B" w14:textId="77777777" w:rsidTr="009D1256">
        <w:trPr>
          <w:jc w:val="center"/>
        </w:trPr>
        <w:tc>
          <w:tcPr>
            <w:tcW w:w="737" w:type="dxa"/>
            <w:tcMar>
              <w:top w:w="120" w:type="dxa"/>
              <w:left w:w="120" w:type="dxa"/>
              <w:bottom w:w="120" w:type="dxa"/>
              <w:right w:w="120" w:type="dxa"/>
            </w:tcMar>
            <w:vAlign w:val="center"/>
          </w:tcPr>
          <w:p w14:paraId="52C8E66F"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39</w:t>
            </w:r>
          </w:p>
        </w:tc>
        <w:tc>
          <w:tcPr>
            <w:tcW w:w="3855" w:type="dxa"/>
            <w:tcMar>
              <w:top w:w="120" w:type="dxa"/>
              <w:left w:w="120" w:type="dxa"/>
              <w:bottom w:w="120" w:type="dxa"/>
              <w:right w:w="120" w:type="dxa"/>
            </w:tcMar>
            <w:vAlign w:val="center"/>
          </w:tcPr>
          <w:p w14:paraId="003D231E"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478F3DD"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6F304771"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2A31A054"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39E38C80" w14:textId="77777777" w:rsidTr="009D1256">
        <w:trPr>
          <w:jc w:val="center"/>
        </w:trPr>
        <w:tc>
          <w:tcPr>
            <w:tcW w:w="737" w:type="dxa"/>
            <w:tcMar>
              <w:top w:w="120" w:type="dxa"/>
              <w:left w:w="120" w:type="dxa"/>
              <w:bottom w:w="120" w:type="dxa"/>
              <w:right w:w="120" w:type="dxa"/>
            </w:tcMar>
            <w:vAlign w:val="center"/>
          </w:tcPr>
          <w:p w14:paraId="5DB8889C"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40</w:t>
            </w:r>
          </w:p>
        </w:tc>
        <w:tc>
          <w:tcPr>
            <w:tcW w:w="3855" w:type="dxa"/>
            <w:tcMar>
              <w:top w:w="120" w:type="dxa"/>
              <w:left w:w="120" w:type="dxa"/>
              <w:bottom w:w="120" w:type="dxa"/>
              <w:right w:w="120" w:type="dxa"/>
            </w:tcMar>
            <w:vAlign w:val="center"/>
          </w:tcPr>
          <w:p w14:paraId="0B5DAA9B"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2366BF4C"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37C588EC"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3022960F"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3BED83C" w14:textId="77777777" w:rsidTr="009D1256">
        <w:trPr>
          <w:jc w:val="center"/>
        </w:trPr>
        <w:tc>
          <w:tcPr>
            <w:tcW w:w="737" w:type="dxa"/>
            <w:tcMar>
              <w:top w:w="120" w:type="dxa"/>
              <w:left w:w="120" w:type="dxa"/>
              <w:bottom w:w="120" w:type="dxa"/>
              <w:right w:w="120" w:type="dxa"/>
            </w:tcMar>
            <w:vAlign w:val="center"/>
          </w:tcPr>
          <w:p w14:paraId="6991D62D"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41</w:t>
            </w:r>
          </w:p>
        </w:tc>
        <w:tc>
          <w:tcPr>
            <w:tcW w:w="3855" w:type="dxa"/>
            <w:tcMar>
              <w:top w:w="120" w:type="dxa"/>
              <w:left w:w="120" w:type="dxa"/>
              <w:bottom w:w="120" w:type="dxa"/>
              <w:right w:w="120" w:type="dxa"/>
            </w:tcMar>
            <w:vAlign w:val="center"/>
          </w:tcPr>
          <w:p w14:paraId="1AD267B9"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14E1E2DA"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38C872FA"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7CEFB9FB"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E8DD2DF" w14:textId="77777777" w:rsidTr="009D1256">
        <w:trPr>
          <w:jc w:val="center"/>
        </w:trPr>
        <w:tc>
          <w:tcPr>
            <w:tcW w:w="737" w:type="dxa"/>
            <w:tcMar>
              <w:top w:w="120" w:type="dxa"/>
              <w:left w:w="120" w:type="dxa"/>
              <w:bottom w:w="120" w:type="dxa"/>
              <w:right w:w="120" w:type="dxa"/>
            </w:tcMar>
            <w:vAlign w:val="center"/>
          </w:tcPr>
          <w:p w14:paraId="1B7A27A0"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lastRenderedPageBreak/>
              <w:t>42</w:t>
            </w:r>
          </w:p>
        </w:tc>
        <w:tc>
          <w:tcPr>
            <w:tcW w:w="3855" w:type="dxa"/>
            <w:tcMar>
              <w:top w:w="120" w:type="dxa"/>
              <w:left w:w="120" w:type="dxa"/>
              <w:bottom w:w="120" w:type="dxa"/>
              <w:right w:w="120" w:type="dxa"/>
            </w:tcMar>
            <w:vAlign w:val="center"/>
          </w:tcPr>
          <w:p w14:paraId="384EF6F3"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864893D"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53F1D581"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7F98A8BA"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02401F7E" w14:textId="77777777" w:rsidTr="009D1256">
        <w:trPr>
          <w:jc w:val="center"/>
        </w:trPr>
        <w:tc>
          <w:tcPr>
            <w:tcW w:w="737" w:type="dxa"/>
            <w:tcMar>
              <w:top w:w="120" w:type="dxa"/>
              <w:left w:w="120" w:type="dxa"/>
              <w:bottom w:w="120" w:type="dxa"/>
              <w:right w:w="120" w:type="dxa"/>
            </w:tcMar>
            <w:vAlign w:val="center"/>
          </w:tcPr>
          <w:p w14:paraId="41DF6CAF"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43</w:t>
            </w:r>
          </w:p>
        </w:tc>
        <w:tc>
          <w:tcPr>
            <w:tcW w:w="3855" w:type="dxa"/>
            <w:tcMar>
              <w:top w:w="120" w:type="dxa"/>
              <w:left w:w="120" w:type="dxa"/>
              <w:bottom w:w="120" w:type="dxa"/>
              <w:right w:w="120" w:type="dxa"/>
            </w:tcMar>
            <w:vAlign w:val="center"/>
          </w:tcPr>
          <w:p w14:paraId="33594DD7"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040C09E6"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5CE47965"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4412046A"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6030ACA2" w14:textId="77777777" w:rsidTr="009D1256">
        <w:trPr>
          <w:jc w:val="center"/>
        </w:trPr>
        <w:tc>
          <w:tcPr>
            <w:tcW w:w="737" w:type="dxa"/>
            <w:tcMar>
              <w:top w:w="120" w:type="dxa"/>
              <w:left w:w="120" w:type="dxa"/>
              <w:bottom w:w="120" w:type="dxa"/>
              <w:right w:w="120" w:type="dxa"/>
            </w:tcMar>
            <w:vAlign w:val="center"/>
          </w:tcPr>
          <w:p w14:paraId="7104D51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44</w:t>
            </w:r>
          </w:p>
        </w:tc>
        <w:tc>
          <w:tcPr>
            <w:tcW w:w="3855" w:type="dxa"/>
            <w:tcMar>
              <w:top w:w="120" w:type="dxa"/>
              <w:left w:w="120" w:type="dxa"/>
              <w:bottom w:w="120" w:type="dxa"/>
              <w:right w:w="120" w:type="dxa"/>
            </w:tcMar>
            <w:vAlign w:val="center"/>
          </w:tcPr>
          <w:p w14:paraId="6170265B"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267C4ECC"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09E7A481"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169EABC7"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284EFFB4" w14:textId="77777777" w:rsidTr="009D1256">
        <w:trPr>
          <w:jc w:val="center"/>
        </w:trPr>
        <w:tc>
          <w:tcPr>
            <w:tcW w:w="737" w:type="dxa"/>
            <w:tcMar>
              <w:top w:w="120" w:type="dxa"/>
              <w:left w:w="120" w:type="dxa"/>
              <w:bottom w:w="120" w:type="dxa"/>
              <w:right w:w="120" w:type="dxa"/>
            </w:tcMar>
            <w:vAlign w:val="center"/>
          </w:tcPr>
          <w:p w14:paraId="465BBDA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45</w:t>
            </w:r>
          </w:p>
        </w:tc>
        <w:tc>
          <w:tcPr>
            <w:tcW w:w="3855" w:type="dxa"/>
            <w:tcMar>
              <w:top w:w="120" w:type="dxa"/>
              <w:left w:w="120" w:type="dxa"/>
              <w:bottom w:w="120" w:type="dxa"/>
              <w:right w:w="120" w:type="dxa"/>
            </w:tcMar>
            <w:vAlign w:val="center"/>
          </w:tcPr>
          <w:p w14:paraId="4887CB12"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1C8640BE"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656E6C46"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583C9C8F"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53724F88" w14:textId="77777777" w:rsidTr="009D1256">
        <w:trPr>
          <w:jc w:val="center"/>
        </w:trPr>
        <w:tc>
          <w:tcPr>
            <w:tcW w:w="737" w:type="dxa"/>
            <w:tcMar>
              <w:top w:w="120" w:type="dxa"/>
              <w:left w:w="120" w:type="dxa"/>
              <w:bottom w:w="120" w:type="dxa"/>
              <w:right w:w="120" w:type="dxa"/>
            </w:tcMar>
            <w:vAlign w:val="center"/>
          </w:tcPr>
          <w:p w14:paraId="79B4697D"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46</w:t>
            </w:r>
          </w:p>
        </w:tc>
        <w:tc>
          <w:tcPr>
            <w:tcW w:w="3855" w:type="dxa"/>
            <w:tcMar>
              <w:top w:w="120" w:type="dxa"/>
              <w:left w:w="120" w:type="dxa"/>
              <w:bottom w:w="120" w:type="dxa"/>
              <w:right w:w="120" w:type="dxa"/>
            </w:tcMar>
            <w:vAlign w:val="center"/>
          </w:tcPr>
          <w:p w14:paraId="193FDD18"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2119EC9"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39056048"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1E4B8D24"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3FD61AF1" w14:textId="77777777" w:rsidTr="009D1256">
        <w:trPr>
          <w:jc w:val="center"/>
        </w:trPr>
        <w:tc>
          <w:tcPr>
            <w:tcW w:w="737" w:type="dxa"/>
            <w:tcMar>
              <w:top w:w="120" w:type="dxa"/>
              <w:left w:w="120" w:type="dxa"/>
              <w:bottom w:w="120" w:type="dxa"/>
              <w:right w:w="120" w:type="dxa"/>
            </w:tcMar>
            <w:vAlign w:val="center"/>
          </w:tcPr>
          <w:p w14:paraId="6361E9BF"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47</w:t>
            </w:r>
          </w:p>
        </w:tc>
        <w:tc>
          <w:tcPr>
            <w:tcW w:w="3855" w:type="dxa"/>
            <w:tcMar>
              <w:top w:w="120" w:type="dxa"/>
              <w:left w:w="120" w:type="dxa"/>
              <w:bottom w:w="120" w:type="dxa"/>
              <w:right w:w="120" w:type="dxa"/>
            </w:tcMar>
            <w:vAlign w:val="center"/>
          </w:tcPr>
          <w:p w14:paraId="3E514052"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E1D4DE6"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55424EAA"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6BD0AEFD"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1197650" w14:textId="77777777" w:rsidTr="009D1256">
        <w:trPr>
          <w:jc w:val="center"/>
        </w:trPr>
        <w:tc>
          <w:tcPr>
            <w:tcW w:w="737" w:type="dxa"/>
            <w:tcMar>
              <w:top w:w="120" w:type="dxa"/>
              <w:left w:w="120" w:type="dxa"/>
              <w:bottom w:w="120" w:type="dxa"/>
              <w:right w:w="120" w:type="dxa"/>
            </w:tcMar>
            <w:vAlign w:val="center"/>
          </w:tcPr>
          <w:p w14:paraId="13D4734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48</w:t>
            </w:r>
          </w:p>
        </w:tc>
        <w:tc>
          <w:tcPr>
            <w:tcW w:w="3855" w:type="dxa"/>
            <w:tcMar>
              <w:top w:w="120" w:type="dxa"/>
              <w:left w:w="120" w:type="dxa"/>
              <w:bottom w:w="120" w:type="dxa"/>
              <w:right w:w="120" w:type="dxa"/>
            </w:tcMar>
            <w:vAlign w:val="center"/>
          </w:tcPr>
          <w:p w14:paraId="585761EE"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2B54B9F5"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6C6EC551"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7094A20B"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FAC2BBF" w14:textId="77777777" w:rsidTr="009D1256">
        <w:trPr>
          <w:jc w:val="center"/>
        </w:trPr>
        <w:tc>
          <w:tcPr>
            <w:tcW w:w="737" w:type="dxa"/>
            <w:tcMar>
              <w:top w:w="120" w:type="dxa"/>
              <w:left w:w="120" w:type="dxa"/>
              <w:bottom w:w="120" w:type="dxa"/>
              <w:right w:w="120" w:type="dxa"/>
            </w:tcMar>
            <w:vAlign w:val="center"/>
          </w:tcPr>
          <w:p w14:paraId="18DC875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49</w:t>
            </w:r>
          </w:p>
        </w:tc>
        <w:tc>
          <w:tcPr>
            <w:tcW w:w="3855" w:type="dxa"/>
            <w:tcMar>
              <w:top w:w="120" w:type="dxa"/>
              <w:left w:w="120" w:type="dxa"/>
              <w:bottom w:w="120" w:type="dxa"/>
              <w:right w:w="120" w:type="dxa"/>
            </w:tcMar>
            <w:vAlign w:val="center"/>
          </w:tcPr>
          <w:p w14:paraId="5F412238"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60CAA3B8"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58F7C0D4"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33AD6FF0"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71E48CD6" w14:textId="77777777" w:rsidTr="009D1256">
        <w:trPr>
          <w:jc w:val="center"/>
        </w:trPr>
        <w:tc>
          <w:tcPr>
            <w:tcW w:w="737" w:type="dxa"/>
            <w:tcMar>
              <w:top w:w="120" w:type="dxa"/>
              <w:left w:w="120" w:type="dxa"/>
              <w:bottom w:w="120" w:type="dxa"/>
              <w:right w:w="120" w:type="dxa"/>
            </w:tcMar>
            <w:vAlign w:val="center"/>
          </w:tcPr>
          <w:p w14:paraId="2B1704E5"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50</w:t>
            </w:r>
          </w:p>
        </w:tc>
        <w:tc>
          <w:tcPr>
            <w:tcW w:w="3855" w:type="dxa"/>
            <w:tcMar>
              <w:top w:w="120" w:type="dxa"/>
              <w:left w:w="120" w:type="dxa"/>
              <w:bottom w:w="120" w:type="dxa"/>
              <w:right w:w="120" w:type="dxa"/>
            </w:tcMar>
            <w:vAlign w:val="center"/>
          </w:tcPr>
          <w:p w14:paraId="2D239C1C"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A28AC9F"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1573306C"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7F155ED8" w14:textId="77777777" w:rsidR="00C75762" w:rsidRPr="00B175E3" w:rsidRDefault="00C75762" w:rsidP="009D1256">
            <w:pPr>
              <w:rPr>
                <w:rFonts w:ascii="Times New Roman" w:hAnsi="Times New Roman" w:cs="Times New Roman"/>
                <w:color w:val="000000" w:themeColor="text1"/>
                <w:sz w:val="20"/>
                <w:szCs w:val="20"/>
              </w:rPr>
            </w:pPr>
          </w:p>
        </w:tc>
      </w:tr>
    </w:tbl>
    <w:p w14:paraId="67FBDE0F" w14:textId="77777777" w:rsidR="00C75762" w:rsidRPr="00B175E3" w:rsidRDefault="00C75762" w:rsidP="00C75762">
      <w:pPr>
        <w:spacing w:after="8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Danışman Onayı</w:t>
      </w:r>
    </w:p>
    <w:tbl>
      <w:tblPr>
        <w:tblW w:w="0" w:type="auto"/>
        <w:jc w:val="center"/>
        <w:tblBorders>
          <w:top w:val="single" w:sz="8" w:space="0" w:color="B7C9D6"/>
          <w:left w:val="single" w:sz="8" w:space="0" w:color="B7C9D6"/>
          <w:bottom w:val="single" w:sz="8" w:space="0" w:color="B7C9D6"/>
          <w:right w:val="single" w:sz="8" w:space="0" w:color="B7C9D6"/>
          <w:insideH w:val="single" w:sz="8" w:space="0" w:color="B7C9D6"/>
          <w:insideV w:val="single" w:sz="8" w:space="0" w:color="B7C9D6"/>
        </w:tblBorders>
        <w:tblLayout w:type="fixed"/>
        <w:tblLook w:val="04A0" w:firstRow="1" w:lastRow="0" w:firstColumn="1" w:lastColumn="0" w:noHBand="0" w:noVBand="1"/>
      </w:tblPr>
      <w:tblGrid>
        <w:gridCol w:w="4876"/>
        <w:gridCol w:w="4876"/>
      </w:tblGrid>
      <w:tr w:rsidR="00C75762" w:rsidRPr="00B175E3" w14:paraId="688F38EE" w14:textId="77777777" w:rsidTr="009D1256">
        <w:trPr>
          <w:jc w:val="center"/>
        </w:trPr>
        <w:tc>
          <w:tcPr>
            <w:tcW w:w="9752" w:type="dxa"/>
            <w:gridSpan w:val="2"/>
            <w:tcMar>
              <w:top w:w="120" w:type="dxa"/>
              <w:left w:w="120" w:type="dxa"/>
              <w:bottom w:w="120" w:type="dxa"/>
              <w:right w:w="120" w:type="dxa"/>
            </w:tcMar>
            <w:vAlign w:val="center"/>
          </w:tcPr>
          <w:p w14:paraId="4482CA1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Yukarıda belirtilen bilgilendirme toplantısı, belirtilen tarihte tarafımdan gerçekleştirilmiş olup toplantıya katılan öğrenciler danışmanlık süreci, hak ve sorumlulukları ile akademik işleyiş hakkında bilgilendirilmiştir.</w:t>
            </w:r>
          </w:p>
        </w:tc>
      </w:tr>
      <w:tr w:rsidR="00C75762" w:rsidRPr="00B175E3" w14:paraId="62C2653F" w14:textId="77777777" w:rsidTr="009D1256">
        <w:trPr>
          <w:jc w:val="center"/>
        </w:trPr>
        <w:tc>
          <w:tcPr>
            <w:tcW w:w="4876" w:type="dxa"/>
            <w:shd w:val="clear" w:color="auto" w:fill="F8FBFD"/>
            <w:tcMar>
              <w:top w:w="120" w:type="dxa"/>
              <w:left w:w="120" w:type="dxa"/>
              <w:bottom w:w="120" w:type="dxa"/>
              <w:right w:w="120" w:type="dxa"/>
            </w:tcMar>
            <w:vAlign w:val="center"/>
          </w:tcPr>
          <w:p w14:paraId="5987F03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Danışmanın</w:t>
            </w:r>
            <w:r w:rsidRPr="00B175E3">
              <w:rPr>
                <w:rFonts w:ascii="Times New Roman" w:hAnsi="Times New Roman" w:cs="Times New Roman"/>
                <w:b/>
                <w:color w:val="000000" w:themeColor="text1"/>
                <w:sz w:val="20"/>
                <w:szCs w:val="20"/>
              </w:rPr>
              <w:br/>
            </w:r>
            <w:r w:rsidRPr="00B175E3">
              <w:rPr>
                <w:rFonts w:ascii="Times New Roman" w:hAnsi="Times New Roman" w:cs="Times New Roman"/>
                <w:color w:val="000000" w:themeColor="text1"/>
                <w:sz w:val="20"/>
                <w:szCs w:val="20"/>
              </w:rPr>
              <w:t>Adı Soyadı: ................................................</w:t>
            </w:r>
            <w:r w:rsidRPr="00B175E3">
              <w:rPr>
                <w:rFonts w:ascii="Times New Roman" w:hAnsi="Times New Roman" w:cs="Times New Roman"/>
                <w:color w:val="000000" w:themeColor="text1"/>
                <w:sz w:val="20"/>
                <w:szCs w:val="20"/>
              </w:rPr>
              <w:br/>
            </w:r>
            <w:r w:rsidRPr="00B175E3">
              <w:rPr>
                <w:rFonts w:ascii="Times New Roman" w:hAnsi="Times New Roman" w:cs="Times New Roman"/>
                <w:color w:val="000000" w:themeColor="text1"/>
                <w:sz w:val="20"/>
                <w:szCs w:val="20"/>
              </w:rPr>
              <w:br/>
              <w:t>İmza: ................................................</w:t>
            </w:r>
          </w:p>
        </w:tc>
        <w:tc>
          <w:tcPr>
            <w:tcW w:w="4876" w:type="dxa"/>
            <w:shd w:val="clear" w:color="auto" w:fill="F8FBFD"/>
            <w:tcMar>
              <w:top w:w="120" w:type="dxa"/>
              <w:left w:w="120" w:type="dxa"/>
              <w:bottom w:w="120" w:type="dxa"/>
              <w:right w:w="120" w:type="dxa"/>
            </w:tcMar>
            <w:vAlign w:val="center"/>
          </w:tcPr>
          <w:p w14:paraId="4F17E53E"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Tarih</w:t>
            </w:r>
            <w:r w:rsidRPr="00B175E3">
              <w:rPr>
                <w:rFonts w:ascii="Times New Roman" w:hAnsi="Times New Roman" w:cs="Times New Roman"/>
                <w:b/>
                <w:color w:val="000000" w:themeColor="text1"/>
                <w:sz w:val="20"/>
                <w:szCs w:val="20"/>
              </w:rPr>
              <w:br/>
            </w:r>
            <w:r w:rsidRPr="00B175E3">
              <w:rPr>
                <w:rFonts w:ascii="Times New Roman" w:hAnsi="Times New Roman" w:cs="Times New Roman"/>
                <w:color w:val="000000" w:themeColor="text1"/>
                <w:sz w:val="20"/>
                <w:szCs w:val="20"/>
              </w:rPr>
              <w:t>...... / ...... / 20......</w:t>
            </w:r>
            <w:r w:rsidRPr="00B175E3">
              <w:rPr>
                <w:rFonts w:ascii="Times New Roman" w:hAnsi="Times New Roman" w:cs="Times New Roman"/>
                <w:color w:val="000000" w:themeColor="text1"/>
                <w:sz w:val="20"/>
                <w:szCs w:val="20"/>
              </w:rPr>
              <w:br/>
            </w:r>
            <w:r w:rsidRPr="00B175E3">
              <w:rPr>
                <w:rFonts w:ascii="Times New Roman" w:hAnsi="Times New Roman" w:cs="Times New Roman"/>
                <w:color w:val="000000" w:themeColor="text1"/>
                <w:sz w:val="20"/>
                <w:szCs w:val="20"/>
              </w:rPr>
              <w:br/>
            </w:r>
            <w:r w:rsidRPr="00B175E3">
              <w:rPr>
                <w:rFonts w:ascii="Times New Roman" w:hAnsi="Times New Roman" w:cs="Times New Roman"/>
                <w:b/>
                <w:color w:val="000000" w:themeColor="text1"/>
                <w:sz w:val="20"/>
                <w:szCs w:val="20"/>
              </w:rPr>
              <w:t>İmza</w:t>
            </w:r>
            <w:r w:rsidRPr="00B175E3">
              <w:rPr>
                <w:rFonts w:ascii="Times New Roman" w:hAnsi="Times New Roman" w:cs="Times New Roman"/>
                <w:b/>
                <w:color w:val="000000" w:themeColor="text1"/>
                <w:sz w:val="20"/>
                <w:szCs w:val="20"/>
              </w:rPr>
              <w:br/>
            </w:r>
            <w:r w:rsidRPr="00B175E3">
              <w:rPr>
                <w:rFonts w:ascii="Times New Roman" w:hAnsi="Times New Roman" w:cs="Times New Roman"/>
                <w:color w:val="000000" w:themeColor="text1"/>
                <w:sz w:val="20"/>
                <w:szCs w:val="20"/>
              </w:rPr>
              <w:t>................................................</w:t>
            </w:r>
          </w:p>
        </w:tc>
      </w:tr>
    </w:tbl>
    <w:p w14:paraId="56B3070A" w14:textId="77777777" w:rsidR="00C75762" w:rsidRPr="00B175E3" w:rsidRDefault="00C75762" w:rsidP="00C75762">
      <w:pPr>
        <w:spacing w:before="80"/>
        <w:rPr>
          <w:rFonts w:ascii="Times New Roman" w:hAnsi="Times New Roman" w:cs="Times New Roman"/>
          <w:color w:val="000000" w:themeColor="text1"/>
          <w:sz w:val="20"/>
          <w:szCs w:val="20"/>
        </w:rPr>
      </w:pPr>
      <w:r w:rsidRPr="00B175E3">
        <w:rPr>
          <w:rFonts w:ascii="Times New Roman" w:hAnsi="Times New Roman" w:cs="Times New Roman"/>
          <w:i/>
          <w:color w:val="000000" w:themeColor="text1"/>
          <w:sz w:val="20"/>
          <w:szCs w:val="20"/>
        </w:rPr>
        <w:t>Not: Bu tutanak ilgili danışman tarafından muhafaza edilir ve gerektiğinde bölüm başkanlığı, dekanlık veya ilgili komisyonlara sunulur.</w:t>
      </w:r>
      <w:r w:rsidRPr="00B175E3">
        <w:rPr>
          <w:rFonts w:ascii="Times New Roman" w:hAnsi="Times New Roman" w:cs="Times New Roman"/>
          <w:i/>
          <w:color w:val="000000" w:themeColor="text1"/>
          <w:sz w:val="20"/>
          <w:szCs w:val="20"/>
        </w:rPr>
        <w:br/>
        <w:t>Dayanak: İstanbul Yeni Yüzyıl Üniversitesi Öğrenci Danışmanlık Yönergesi.</w:t>
      </w:r>
    </w:p>
    <w:p w14:paraId="153871D2" w14:textId="77777777" w:rsidR="000A22B0" w:rsidRPr="00332C82" w:rsidRDefault="000A22B0">
      <w:pPr>
        <w:rPr>
          <w:rFonts w:ascii="Times New Roman" w:hAnsi="Times New Roman" w:cs="Times New Roman"/>
          <w:color w:val="000000" w:themeColor="text1"/>
        </w:rPr>
      </w:pPr>
    </w:p>
    <w:sectPr w:rsidR="000A22B0" w:rsidRPr="00332C82" w:rsidSect="00034616">
      <w:headerReference w:type="default" r:id="rId8"/>
      <w:pgSz w:w="12240" w:h="15840"/>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CB10A" w14:textId="77777777" w:rsidR="00FA1A61" w:rsidRDefault="00FA1A61" w:rsidP="00334745">
      <w:pPr>
        <w:spacing w:after="0" w:line="240" w:lineRule="auto"/>
      </w:pPr>
      <w:r>
        <w:separator/>
      </w:r>
    </w:p>
  </w:endnote>
  <w:endnote w:type="continuationSeparator" w:id="0">
    <w:p w14:paraId="55D72D20" w14:textId="77777777" w:rsidR="00FA1A61" w:rsidRDefault="00FA1A61" w:rsidP="00334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64933" w14:textId="77777777" w:rsidR="00FA1A61" w:rsidRDefault="00FA1A61" w:rsidP="00334745">
      <w:pPr>
        <w:spacing w:after="0" w:line="240" w:lineRule="auto"/>
      </w:pPr>
      <w:r>
        <w:separator/>
      </w:r>
    </w:p>
  </w:footnote>
  <w:footnote w:type="continuationSeparator" w:id="0">
    <w:p w14:paraId="600DDA7F" w14:textId="77777777" w:rsidR="00FA1A61" w:rsidRDefault="00FA1A61" w:rsidP="00334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0868A" w14:textId="49D970EE" w:rsidR="00334745" w:rsidRDefault="00334745" w:rsidP="00334745">
    <w:pPr>
      <w:pStyle w:val="stBilgi"/>
      <w:tabs>
        <w:tab w:val="center" w:pos="5100"/>
        <w:tab w:val="left" w:pos="8250"/>
      </w:tabs>
      <w:jc w:val="center"/>
    </w:pPr>
    <w:r w:rsidRPr="00B175E3">
      <w:rPr>
        <w:rFonts w:ascii="Times New Roman" w:hAnsi="Times New Roman" w:cs="Times New Roman"/>
        <w:noProof/>
        <w:color w:val="000000" w:themeColor="text1"/>
        <w:sz w:val="20"/>
        <w:szCs w:val="20"/>
      </w:rPr>
      <w:drawing>
        <wp:inline distT="0" distB="0" distL="0" distR="0" wp14:anchorId="1D7BB806" wp14:editId="19395D0B">
          <wp:extent cx="819150" cy="8191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08794226">
    <w:abstractNumId w:val="8"/>
  </w:num>
  <w:num w:numId="2" w16cid:durableId="413287996">
    <w:abstractNumId w:val="6"/>
  </w:num>
  <w:num w:numId="3" w16cid:durableId="1935355695">
    <w:abstractNumId w:val="5"/>
  </w:num>
  <w:num w:numId="4" w16cid:durableId="360398893">
    <w:abstractNumId w:val="4"/>
  </w:num>
  <w:num w:numId="5" w16cid:durableId="690377459">
    <w:abstractNumId w:val="7"/>
  </w:num>
  <w:num w:numId="6" w16cid:durableId="943879853">
    <w:abstractNumId w:val="3"/>
  </w:num>
  <w:num w:numId="7" w16cid:durableId="1833789913">
    <w:abstractNumId w:val="2"/>
  </w:num>
  <w:num w:numId="8" w16cid:durableId="1519006248">
    <w:abstractNumId w:val="1"/>
  </w:num>
  <w:num w:numId="9" w16cid:durableId="1421220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5D1E"/>
    <w:rsid w:val="000A22B0"/>
    <w:rsid w:val="000E00D0"/>
    <w:rsid w:val="0015074B"/>
    <w:rsid w:val="00271D31"/>
    <w:rsid w:val="0029639D"/>
    <w:rsid w:val="00305E0A"/>
    <w:rsid w:val="00312EE3"/>
    <w:rsid w:val="00326F90"/>
    <w:rsid w:val="00332C82"/>
    <w:rsid w:val="00334745"/>
    <w:rsid w:val="00642C42"/>
    <w:rsid w:val="00670D95"/>
    <w:rsid w:val="007A2A95"/>
    <w:rsid w:val="007C452C"/>
    <w:rsid w:val="00811384"/>
    <w:rsid w:val="00874027"/>
    <w:rsid w:val="0088472E"/>
    <w:rsid w:val="009A0BE9"/>
    <w:rsid w:val="00A03012"/>
    <w:rsid w:val="00AA1D8D"/>
    <w:rsid w:val="00B47730"/>
    <w:rsid w:val="00C75762"/>
    <w:rsid w:val="00CB0664"/>
    <w:rsid w:val="00CB2366"/>
    <w:rsid w:val="00D12594"/>
    <w:rsid w:val="00EA072D"/>
    <w:rsid w:val="00EA23ED"/>
    <w:rsid w:val="00F84369"/>
    <w:rsid w:val="00F91193"/>
    <w:rsid w:val="00FA1A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CDF3C4"/>
  <w14:defaultImageDpi w14:val="300"/>
  <w15:docId w15:val="{D83A1728-644B-4991-80E7-C6C090595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Abdulkadir Demir</cp:lastModifiedBy>
  <cp:revision>13</cp:revision>
  <dcterms:created xsi:type="dcterms:W3CDTF">2026-03-30T11:53:00Z</dcterms:created>
  <dcterms:modified xsi:type="dcterms:W3CDTF">2026-04-17T11:35:00Z</dcterms:modified>
  <cp:category/>
</cp:coreProperties>
</file>